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22" w:type="dxa"/>
        <w:tblInd w:w="-176" w:type="dxa"/>
        <w:tblLook w:val="04A0" w:firstRow="1" w:lastRow="0" w:firstColumn="1" w:lastColumn="0" w:noHBand="0" w:noVBand="1"/>
      </w:tblPr>
      <w:tblGrid>
        <w:gridCol w:w="10026"/>
        <w:gridCol w:w="222"/>
      </w:tblGrid>
      <w:tr w:rsidR="00613453" w:rsidRPr="00F0542C" w14:paraId="7AABEB1E" w14:textId="77777777" w:rsidTr="00F2777A">
        <w:trPr>
          <w:trHeight w:val="1483"/>
        </w:trPr>
        <w:tc>
          <w:tcPr>
            <w:tcW w:w="9698" w:type="dxa"/>
          </w:tcPr>
          <w:tbl>
            <w:tblPr>
              <w:tblW w:w="9810" w:type="dxa"/>
              <w:tblLook w:val="04A0" w:firstRow="1" w:lastRow="0" w:firstColumn="1" w:lastColumn="0" w:noHBand="0" w:noVBand="1"/>
            </w:tblPr>
            <w:tblGrid>
              <w:gridCol w:w="3960"/>
              <w:gridCol w:w="5850"/>
            </w:tblGrid>
            <w:tr w:rsidR="00613453" w:rsidRPr="00C3441C" w14:paraId="0AE81844" w14:textId="77777777" w:rsidTr="00613453">
              <w:trPr>
                <w:trHeight w:val="962"/>
              </w:trPr>
              <w:tc>
                <w:tcPr>
                  <w:tcW w:w="3960" w:type="dxa"/>
                </w:tcPr>
                <w:p w14:paraId="296C1D83" w14:textId="1CA898E5" w:rsidR="00613453" w:rsidRPr="00613453" w:rsidRDefault="00613453" w:rsidP="004B2CE9">
                  <w:pPr>
                    <w:keepNext/>
                    <w:spacing w:after="0" w:line="360" w:lineRule="auto"/>
                    <w:jc w:val="center"/>
                    <w:outlineLvl w:val="1"/>
                    <w:rPr>
                      <w:rFonts w:ascii="Times New Roman" w:hAnsi="Times New Roman" w:cs="Times New Roman"/>
                      <w:sz w:val="26"/>
                      <w:szCs w:val="26"/>
                    </w:rPr>
                  </w:pPr>
                  <w:r w:rsidRPr="00613453">
                    <w:rPr>
                      <w:rFonts w:ascii="Times New Roman" w:hAnsi="Times New Roman" w:cs="Times New Roman"/>
                      <w:sz w:val="26"/>
                      <w:szCs w:val="26"/>
                    </w:rPr>
                    <w:t xml:space="preserve">UBND </w:t>
                  </w:r>
                  <w:r w:rsidR="007C3093">
                    <w:rPr>
                      <w:rFonts w:ascii="Times New Roman" w:hAnsi="Times New Roman" w:cs="Times New Roman"/>
                      <w:sz w:val="26"/>
                      <w:szCs w:val="26"/>
                    </w:rPr>
                    <w:t>PHƯỜNG CHƯƠNG MỸ</w:t>
                  </w:r>
                </w:p>
                <w:p w14:paraId="3E924E82" w14:textId="5FF53C2B" w:rsidR="00613453" w:rsidRPr="00613453" w:rsidRDefault="00B9480C" w:rsidP="004B2CE9">
                  <w:pPr>
                    <w:spacing w:after="0" w:line="360" w:lineRule="auto"/>
                    <w:jc w:val="center"/>
                    <w:rPr>
                      <w:rFonts w:ascii="Times New Roman" w:hAnsi="Times New Roman" w:cs="Times New Roman"/>
                      <w:b/>
                      <w:sz w:val="26"/>
                      <w:szCs w:val="26"/>
                    </w:rPr>
                  </w:pPr>
                  <w:r w:rsidRPr="00613453">
                    <w:rPr>
                      <w:rFonts w:ascii="Times New Roman" w:hAnsi="Times New Roman" w:cs="Times New Roman"/>
                      <w:noProof/>
                      <w:sz w:val="26"/>
                      <w:szCs w:val="26"/>
                    </w:rPr>
                    <mc:AlternateContent>
                      <mc:Choice Requires="wps">
                        <w:drawing>
                          <wp:anchor distT="0" distB="0" distL="114300" distR="114300" simplePos="0" relativeHeight="251665408" behindDoc="0" locked="0" layoutInCell="1" allowOverlap="1" wp14:anchorId="59490C7A" wp14:editId="7FD25140">
                            <wp:simplePos x="0" y="0"/>
                            <wp:positionH relativeFrom="column">
                              <wp:posOffset>355600</wp:posOffset>
                            </wp:positionH>
                            <wp:positionV relativeFrom="paragraph">
                              <wp:posOffset>182880</wp:posOffset>
                            </wp:positionV>
                            <wp:extent cx="1584325" cy="635"/>
                            <wp:effectExtent l="0" t="0" r="34925" b="37465"/>
                            <wp:wrapNone/>
                            <wp:docPr id="158491889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43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DDC4A0" id="_x0000_t32" coordsize="21600,21600" o:spt="32" o:oned="t" path="m,l21600,21600e" filled="f">
                            <v:path arrowok="t" fillok="f" o:connecttype="none"/>
                            <o:lock v:ext="edit" shapetype="t"/>
                          </v:shapetype>
                          <v:shape id="Straight Arrow Connector 2" o:spid="_x0000_s1026" type="#_x0000_t32" style="position:absolute;margin-left:28pt;margin-top:14.4pt;width:124.75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"/>
                        </w:pict>
                      </mc:Fallback>
                    </mc:AlternateContent>
                  </w:r>
                  <w:r w:rsidR="00613453" w:rsidRPr="00613453">
                    <w:rPr>
                      <w:rFonts w:ascii="Times New Roman" w:hAnsi="Times New Roman" w:cs="Times New Roman"/>
                      <w:b/>
                      <w:sz w:val="26"/>
                      <w:szCs w:val="26"/>
                    </w:rPr>
                    <w:t>TRƯỜNG THCS BIÊN GIANG</w:t>
                  </w:r>
                </w:p>
                <w:p w14:paraId="00D77E0D" w14:textId="77777777" w:rsidR="009F1830" w:rsidRDefault="009F1830" w:rsidP="004B2CE9">
                  <w:pPr>
                    <w:spacing w:after="0" w:line="360" w:lineRule="auto"/>
                    <w:jc w:val="center"/>
                    <w:rPr>
                      <w:rFonts w:ascii="Times New Roman" w:hAnsi="Times New Roman" w:cs="Times New Roman"/>
                      <w:sz w:val="26"/>
                      <w:szCs w:val="26"/>
                    </w:rPr>
                  </w:pPr>
                </w:p>
                <w:p w14:paraId="0DDAB52F" w14:textId="506505BB" w:rsidR="00613453" w:rsidRPr="00613453" w:rsidRDefault="00613453" w:rsidP="004B2CE9">
                  <w:pPr>
                    <w:spacing w:after="0" w:line="360" w:lineRule="auto"/>
                    <w:jc w:val="center"/>
                    <w:rPr>
                      <w:rFonts w:ascii="Times New Roman" w:hAnsi="Times New Roman" w:cs="Times New Roman"/>
                      <w:sz w:val="26"/>
                      <w:szCs w:val="26"/>
                    </w:rPr>
                  </w:pPr>
                  <w:r w:rsidRPr="00613453">
                    <w:rPr>
                      <w:rFonts w:ascii="Times New Roman" w:hAnsi="Times New Roman" w:cs="Times New Roman"/>
                      <w:sz w:val="26"/>
                      <w:szCs w:val="26"/>
                    </w:rPr>
                    <w:t xml:space="preserve">Số: </w:t>
                  </w:r>
                  <w:r w:rsidR="0033600B">
                    <w:rPr>
                      <w:rFonts w:ascii="Times New Roman" w:hAnsi="Times New Roman" w:cs="Times New Roman"/>
                      <w:sz w:val="26"/>
                      <w:szCs w:val="26"/>
                    </w:rPr>
                    <w:t>267</w:t>
                  </w:r>
                  <w:r w:rsidRPr="00613453">
                    <w:rPr>
                      <w:rFonts w:ascii="Times New Roman" w:hAnsi="Times New Roman" w:cs="Times New Roman"/>
                      <w:sz w:val="26"/>
                      <w:szCs w:val="26"/>
                    </w:rPr>
                    <w:t>/KH-THCSBG</w:t>
                  </w:r>
                </w:p>
              </w:tc>
              <w:tc>
                <w:tcPr>
                  <w:tcW w:w="5850" w:type="dxa"/>
                </w:tcPr>
                <w:p w14:paraId="1A658B64" w14:textId="77777777" w:rsidR="00613453" w:rsidRPr="00613453" w:rsidRDefault="00613453" w:rsidP="004B2CE9">
                  <w:pPr>
                    <w:keepNext/>
                    <w:spacing w:after="0" w:line="360" w:lineRule="auto"/>
                    <w:jc w:val="center"/>
                    <w:outlineLvl w:val="2"/>
                    <w:rPr>
                      <w:rFonts w:ascii="Times New Roman" w:hAnsi="Times New Roman" w:cs="Times New Roman"/>
                      <w:b/>
                      <w:sz w:val="26"/>
                      <w:szCs w:val="26"/>
                    </w:rPr>
                  </w:pPr>
                  <w:r w:rsidRPr="00613453">
                    <w:rPr>
                      <w:rFonts w:ascii="Times New Roman" w:hAnsi="Times New Roman" w:cs="Times New Roman"/>
                      <w:b/>
                      <w:sz w:val="26"/>
                      <w:szCs w:val="26"/>
                    </w:rPr>
                    <w:t>CỘNG HOÀ XÃ HỘI CHỦ NGHĨA VIỆT NAM</w:t>
                  </w:r>
                </w:p>
                <w:p w14:paraId="7959264D" w14:textId="3E75CCBA" w:rsidR="00613453" w:rsidRPr="00613453" w:rsidRDefault="00613453" w:rsidP="004B2CE9">
                  <w:pPr>
                    <w:spacing w:after="0" w:line="360" w:lineRule="auto"/>
                    <w:jc w:val="center"/>
                    <w:rPr>
                      <w:rFonts w:ascii="Times New Roman" w:hAnsi="Times New Roman" w:cs="Times New Roman"/>
                      <w:b/>
                      <w:sz w:val="26"/>
                      <w:szCs w:val="26"/>
                    </w:rPr>
                  </w:pPr>
                  <w:r w:rsidRPr="00613453">
                    <w:rPr>
                      <w:rFonts w:ascii="Times New Roman" w:hAnsi="Times New Roman" w:cs="Times New Roman"/>
                      <w:noProof/>
                      <w:sz w:val="26"/>
                      <w:szCs w:val="26"/>
                    </w:rPr>
                    <mc:AlternateContent>
                      <mc:Choice Requires="wps">
                        <w:drawing>
                          <wp:anchor distT="0" distB="0" distL="114300" distR="114300" simplePos="0" relativeHeight="251655168" behindDoc="0" locked="0" layoutInCell="1" allowOverlap="1" wp14:anchorId="0BC54170" wp14:editId="6DB7C807">
                            <wp:simplePos x="0" y="0"/>
                            <wp:positionH relativeFrom="column">
                              <wp:posOffset>762635</wp:posOffset>
                            </wp:positionH>
                            <wp:positionV relativeFrom="paragraph">
                              <wp:posOffset>201930</wp:posOffset>
                            </wp:positionV>
                            <wp:extent cx="1584325" cy="635"/>
                            <wp:effectExtent l="0" t="0" r="34925" b="37465"/>
                            <wp:wrapNone/>
                            <wp:docPr id="3"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43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DC1F07" id="Straight Arrow Connector 2" o:spid="_x0000_s1026" type="#_x0000_t32" style="position:absolute;margin-left:60.05pt;margin-top:15.9pt;width:124.75pt;height:.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"/>
                        </w:pict>
                      </mc:Fallback>
                    </mc:AlternateContent>
                  </w:r>
                  <w:r w:rsidRPr="00613453">
                    <w:rPr>
                      <w:rFonts w:ascii="Times New Roman" w:hAnsi="Times New Roman" w:cs="Times New Roman"/>
                      <w:b/>
                      <w:sz w:val="26"/>
                      <w:szCs w:val="26"/>
                    </w:rPr>
                    <w:t>Độc lập - Tự do - Hạnh phúc</w:t>
                  </w:r>
                </w:p>
                <w:p w14:paraId="5E9D1D06" w14:textId="77777777" w:rsidR="00B9480C" w:rsidRDefault="00613453" w:rsidP="004B2CE9">
                  <w:pPr>
                    <w:keepNext/>
                    <w:spacing w:after="0" w:line="360" w:lineRule="auto"/>
                    <w:jc w:val="center"/>
                    <w:outlineLvl w:val="0"/>
                    <w:rPr>
                      <w:rFonts w:ascii="Times New Roman" w:hAnsi="Times New Roman" w:cs="Times New Roman"/>
                      <w:i/>
                      <w:sz w:val="26"/>
                      <w:szCs w:val="26"/>
                    </w:rPr>
                  </w:pPr>
                  <w:r w:rsidRPr="00613453">
                    <w:rPr>
                      <w:rFonts w:ascii="Times New Roman" w:hAnsi="Times New Roman" w:cs="Times New Roman"/>
                      <w:i/>
                      <w:sz w:val="26"/>
                      <w:szCs w:val="26"/>
                    </w:rPr>
                    <w:t xml:space="preserve">          </w:t>
                  </w:r>
                </w:p>
                <w:p w14:paraId="6C1F6164" w14:textId="5940CAEB" w:rsidR="00613453" w:rsidRPr="00613453" w:rsidRDefault="007C3093" w:rsidP="009F1830">
                  <w:pPr>
                    <w:keepNext/>
                    <w:spacing w:after="0" w:line="360" w:lineRule="auto"/>
                    <w:jc w:val="right"/>
                    <w:outlineLvl w:val="0"/>
                    <w:rPr>
                      <w:rFonts w:ascii="Times New Roman" w:hAnsi="Times New Roman" w:cs="Times New Roman"/>
                      <w:i/>
                      <w:sz w:val="26"/>
                      <w:szCs w:val="26"/>
                    </w:rPr>
                  </w:pPr>
                  <w:r>
                    <w:rPr>
                      <w:rFonts w:ascii="Times New Roman" w:hAnsi="Times New Roman" w:cs="Times New Roman"/>
                      <w:i/>
                      <w:sz w:val="26"/>
                      <w:szCs w:val="26"/>
                    </w:rPr>
                    <w:t>Chương Mỹ</w:t>
                  </w:r>
                  <w:r w:rsidR="00613453" w:rsidRPr="00613453">
                    <w:rPr>
                      <w:rFonts w:ascii="Times New Roman" w:hAnsi="Times New Roman" w:cs="Times New Roman"/>
                      <w:i/>
                      <w:sz w:val="26"/>
                      <w:szCs w:val="26"/>
                    </w:rPr>
                    <w:t>, ngày</w:t>
                  </w:r>
                  <w:r w:rsidR="00613453">
                    <w:rPr>
                      <w:rFonts w:ascii="Times New Roman" w:hAnsi="Times New Roman" w:cs="Times New Roman"/>
                      <w:i/>
                      <w:sz w:val="26"/>
                      <w:szCs w:val="26"/>
                    </w:rPr>
                    <w:t xml:space="preserve"> 2</w:t>
                  </w:r>
                  <w:r>
                    <w:rPr>
                      <w:rFonts w:ascii="Times New Roman" w:hAnsi="Times New Roman" w:cs="Times New Roman"/>
                      <w:i/>
                      <w:sz w:val="26"/>
                      <w:szCs w:val="26"/>
                    </w:rPr>
                    <w:t>8</w:t>
                  </w:r>
                  <w:r w:rsidR="00613453" w:rsidRPr="00613453">
                    <w:rPr>
                      <w:rFonts w:ascii="Times New Roman" w:hAnsi="Times New Roman" w:cs="Times New Roman"/>
                      <w:i/>
                      <w:sz w:val="26"/>
                      <w:szCs w:val="26"/>
                    </w:rPr>
                    <w:t xml:space="preserve"> tháng </w:t>
                  </w:r>
                  <w:r w:rsidR="00613453">
                    <w:rPr>
                      <w:rFonts w:ascii="Times New Roman" w:hAnsi="Times New Roman" w:cs="Times New Roman"/>
                      <w:i/>
                      <w:sz w:val="26"/>
                      <w:szCs w:val="26"/>
                    </w:rPr>
                    <w:t>1</w:t>
                  </w:r>
                  <w:r>
                    <w:rPr>
                      <w:rFonts w:ascii="Times New Roman" w:hAnsi="Times New Roman" w:cs="Times New Roman"/>
                      <w:i/>
                      <w:sz w:val="26"/>
                      <w:szCs w:val="26"/>
                    </w:rPr>
                    <w:t>1</w:t>
                  </w:r>
                  <w:r w:rsidR="00613453" w:rsidRPr="00613453">
                    <w:rPr>
                      <w:rFonts w:ascii="Times New Roman" w:hAnsi="Times New Roman" w:cs="Times New Roman"/>
                      <w:i/>
                      <w:sz w:val="26"/>
                      <w:szCs w:val="26"/>
                    </w:rPr>
                    <w:t xml:space="preserve"> năm 202</w:t>
                  </w:r>
                  <w:r w:rsidR="002021F3">
                    <w:rPr>
                      <w:rFonts w:ascii="Times New Roman" w:hAnsi="Times New Roman" w:cs="Times New Roman"/>
                      <w:i/>
                      <w:sz w:val="26"/>
                      <w:szCs w:val="26"/>
                    </w:rPr>
                    <w:t>5</w:t>
                  </w:r>
                </w:p>
              </w:tc>
            </w:tr>
          </w:tbl>
          <w:p w14:paraId="04F7A194" w14:textId="77777777" w:rsidR="00613453" w:rsidRPr="005F1D3E" w:rsidRDefault="00613453" w:rsidP="00FB7991">
            <w:pPr>
              <w:spacing w:after="0"/>
              <w:rPr>
                <w:b/>
                <w:sz w:val="26"/>
                <w:szCs w:val="26"/>
                <w:lang w:val="x-none"/>
              </w:rPr>
            </w:pPr>
          </w:p>
        </w:tc>
        <w:tc>
          <w:tcPr>
            <w:tcW w:w="424" w:type="dxa"/>
          </w:tcPr>
          <w:p w14:paraId="2AFE5913" w14:textId="77777777" w:rsidR="00613453" w:rsidRPr="00F0542C" w:rsidRDefault="00613453" w:rsidP="00FB7991">
            <w:pPr>
              <w:spacing w:after="0"/>
              <w:jc w:val="center"/>
              <w:rPr>
                <w:b/>
              </w:rPr>
            </w:pPr>
          </w:p>
        </w:tc>
      </w:tr>
    </w:tbl>
    <w:p w14:paraId="6545AFD7" w14:textId="77777777" w:rsidR="0081085D" w:rsidRPr="00157D3E" w:rsidRDefault="0081085D" w:rsidP="00FB7991">
      <w:pPr>
        <w:autoSpaceDE w:val="0"/>
        <w:autoSpaceDN w:val="0"/>
        <w:spacing w:after="0"/>
        <w:rPr>
          <w:rFonts w:ascii="Times New Roman" w:hAnsi="Times New Roman" w:cs="Times New Roman"/>
          <w:sz w:val="28"/>
          <w:szCs w:val="28"/>
        </w:rPr>
      </w:pPr>
    </w:p>
    <w:p w14:paraId="3276A21F" w14:textId="6BCD19F0" w:rsidR="007C3093" w:rsidRPr="007C3093" w:rsidRDefault="007C3093" w:rsidP="007C3093">
      <w:pPr>
        <w:pStyle w:val="Heading1"/>
        <w:spacing w:after="120"/>
        <w:jc w:val="center"/>
        <w:rPr>
          <w:rFonts w:ascii="Times New Roman" w:hAnsi="Times New Roman" w:cs="Times New Roman"/>
          <w:color w:val="000000"/>
        </w:rPr>
      </w:pPr>
      <w:r w:rsidRPr="007C3093">
        <w:rPr>
          <w:rFonts w:ascii="Times New Roman" w:hAnsi="Times New Roman" w:cs="Times New Roman"/>
          <w:color w:val="000000"/>
        </w:rPr>
        <w:t>KẾ HOẠCH</w:t>
      </w:r>
    </w:p>
    <w:p w14:paraId="0C3655BC" w14:textId="0235142C" w:rsidR="007C3093" w:rsidRPr="007C3093" w:rsidRDefault="007C3093" w:rsidP="0033600B">
      <w:pPr>
        <w:spacing w:after="120" w:line="360" w:lineRule="auto"/>
        <w:jc w:val="center"/>
        <w:rPr>
          <w:rFonts w:ascii="Times New Roman" w:hAnsi="Times New Roman" w:cs="Times New Roman"/>
          <w:b/>
          <w:bCs/>
          <w:color w:val="000000"/>
          <w:sz w:val="28"/>
          <w:szCs w:val="28"/>
        </w:rPr>
      </w:pPr>
      <w:r w:rsidRPr="007C3093">
        <w:rPr>
          <w:rFonts w:ascii="Times New Roman" w:hAnsi="Times New Roman" w:cs="Times New Roman"/>
          <w:b/>
          <w:bCs/>
          <w:color w:val="000000"/>
          <w:sz w:val="28"/>
          <w:szCs w:val="28"/>
        </w:rPr>
        <w:t>Thực hiện nhiệm vụ công tác tháng 1</w:t>
      </w:r>
      <w:r w:rsidR="00236868">
        <w:rPr>
          <w:rFonts w:ascii="Times New Roman" w:hAnsi="Times New Roman" w:cs="Times New Roman"/>
          <w:b/>
          <w:bCs/>
          <w:color w:val="000000"/>
          <w:sz w:val="28"/>
          <w:szCs w:val="28"/>
        </w:rPr>
        <w:t>2</w:t>
      </w:r>
      <w:r w:rsidRPr="007C3093">
        <w:rPr>
          <w:rFonts w:ascii="Times New Roman" w:hAnsi="Times New Roman" w:cs="Times New Roman"/>
          <w:b/>
          <w:bCs/>
          <w:color w:val="000000"/>
          <w:sz w:val="28"/>
          <w:szCs w:val="28"/>
        </w:rPr>
        <w:t>/2025</w:t>
      </w:r>
    </w:p>
    <w:p w14:paraId="2EDA32EF" w14:textId="29C69B0B" w:rsidR="001E53C5" w:rsidRDefault="007C3093" w:rsidP="0033600B">
      <w:pPr>
        <w:spacing w:after="120"/>
        <w:ind w:firstLine="720"/>
        <w:jc w:val="both"/>
        <w:rPr>
          <w:rFonts w:ascii="Times New Roman" w:hAnsi="Times New Roman" w:cs="Times New Roman"/>
          <w:b/>
          <w:bCs/>
          <w:sz w:val="28"/>
          <w:szCs w:val="28"/>
        </w:rPr>
      </w:pPr>
      <w:r w:rsidRPr="007C3093">
        <w:rPr>
          <w:rFonts w:ascii="Times New Roman" w:hAnsi="Times New Roman" w:cs="Times New Roman"/>
          <w:sz w:val="28"/>
          <w:szCs w:val="28"/>
        </w:rPr>
        <w:t>Thực hiện Văn bản số 58/VHXH-GDĐT ngày 23/09/2025 của Phòng Văn hóa – Xã hội phường Chương Mỹ về việc Hướng dẫn thực hiện nhiệm vụ năm học 2025- 2026 cấp trung học cơ sở; Kế hoạch số 182/KH-THCSBG ngày 23/9/2025 của trường THCS Biên Giang về Kế hoạch giáo dục của nhà trường năm học 2025-2026; Căn cứ vào tình hình thực tế của nhà trường, trường THCS Biên Giang triển khai và thực hiện chương trình công tác tháng 11/2025.</w:t>
      </w:r>
      <w:r w:rsidRPr="007C3093">
        <w:rPr>
          <w:rFonts w:ascii="Times New Roman" w:hAnsi="Times New Roman" w:cs="Times New Roman"/>
          <w:b/>
          <w:bCs/>
          <w:sz w:val="28"/>
          <w:szCs w:val="28"/>
          <w:lang w:val="vi-VN"/>
        </w:rPr>
        <w:t xml:space="preserve"> </w:t>
      </w:r>
    </w:p>
    <w:p w14:paraId="325F7B2E" w14:textId="77777777" w:rsidR="0033600B" w:rsidRDefault="0033600B" w:rsidP="0033600B">
      <w:pPr>
        <w:tabs>
          <w:tab w:val="left" w:pos="720"/>
          <w:tab w:val="left" w:pos="752"/>
        </w:tabs>
        <w:autoSpaceDE w:val="0"/>
        <w:autoSpaceDN w:val="0"/>
        <w:spacing w:after="120"/>
        <w:ind w:firstLine="720"/>
        <w:rPr>
          <w:rFonts w:ascii="Times New Roman" w:eastAsia="Times New Roman,Bold" w:hAnsi="Times New Roman" w:cs="Times New Roman"/>
          <w:b/>
          <w:color w:val="000000"/>
          <w:sz w:val="28"/>
          <w:szCs w:val="28"/>
        </w:rPr>
      </w:pPr>
    </w:p>
    <w:p w14:paraId="3534ACA7" w14:textId="213CBE5B" w:rsidR="0081085D" w:rsidRPr="00157D3E" w:rsidRDefault="00000000" w:rsidP="0033600B">
      <w:pPr>
        <w:tabs>
          <w:tab w:val="left" w:pos="720"/>
          <w:tab w:val="left" w:pos="752"/>
        </w:tabs>
        <w:autoSpaceDE w:val="0"/>
        <w:autoSpaceDN w:val="0"/>
        <w:spacing w:after="120"/>
        <w:ind w:firstLine="720"/>
        <w:rPr>
          <w:rFonts w:ascii="Times New Roman" w:eastAsia="Times New Roman,Bold" w:hAnsi="Times New Roman" w:cs="Times New Roman"/>
          <w:b/>
          <w:color w:val="000000"/>
          <w:sz w:val="28"/>
          <w:szCs w:val="28"/>
        </w:rPr>
      </w:pPr>
      <w:r w:rsidRPr="00157D3E">
        <w:rPr>
          <w:rFonts w:ascii="Times New Roman" w:eastAsia="Times New Roman,Bold" w:hAnsi="Times New Roman" w:cs="Times New Roman"/>
          <w:b/>
          <w:color w:val="000000"/>
          <w:sz w:val="28"/>
          <w:szCs w:val="28"/>
        </w:rPr>
        <w:t xml:space="preserve">I. NHIỆM VỤ TRỌNG TÂM </w:t>
      </w:r>
      <w:r w:rsidRPr="00157D3E">
        <w:rPr>
          <w:rFonts w:ascii="Times New Roman" w:hAnsi="Times New Roman" w:cs="Times New Roman"/>
          <w:sz w:val="28"/>
          <w:szCs w:val="28"/>
          <w:lang w:val="pt-BR"/>
        </w:rPr>
        <w:br/>
      </w:r>
      <w:bookmarkStart w:id="0" w:name="_Hlk184019707"/>
      <w:r w:rsidR="00AD69B4" w:rsidRPr="00157D3E">
        <w:rPr>
          <w:rFonts w:ascii="Times New Roman" w:eastAsia="Times New Roman" w:hAnsi="Times New Roman" w:cs="Times New Roman"/>
          <w:color w:val="000000"/>
          <w:sz w:val="28"/>
          <w:szCs w:val="28"/>
          <w:lang w:val="pt-BR"/>
        </w:rPr>
        <w:t xml:space="preserve">       </w:t>
      </w:r>
      <w:r w:rsidR="004B2CE9">
        <w:rPr>
          <w:rFonts w:ascii="Times New Roman" w:eastAsia="Times New Roman" w:hAnsi="Times New Roman" w:cs="Times New Roman"/>
          <w:color w:val="000000"/>
          <w:sz w:val="28"/>
          <w:szCs w:val="28"/>
          <w:lang w:val="pt-BR"/>
        </w:rPr>
        <w:tab/>
      </w:r>
      <w:r w:rsidR="004B2CE9">
        <w:rPr>
          <w:rFonts w:ascii="Times New Roman" w:eastAsia="Times New Roman" w:hAnsi="Times New Roman" w:cs="Times New Roman"/>
          <w:color w:val="000000"/>
          <w:sz w:val="28"/>
          <w:szCs w:val="28"/>
          <w:lang w:val="pt-BR"/>
        </w:rPr>
        <w:tab/>
      </w:r>
      <w:r w:rsidRPr="00157D3E">
        <w:rPr>
          <w:rFonts w:ascii="Times New Roman" w:eastAsia="Times New Roman" w:hAnsi="Times New Roman" w:cs="Times New Roman"/>
          <w:color w:val="000000"/>
          <w:sz w:val="28"/>
          <w:szCs w:val="28"/>
        </w:rPr>
        <w:t>1. Chào mừng 8</w:t>
      </w:r>
      <w:r w:rsidR="008719FC">
        <w:rPr>
          <w:rFonts w:ascii="Times New Roman" w:eastAsia="Times New Roman" w:hAnsi="Times New Roman" w:cs="Times New Roman"/>
          <w:color w:val="000000"/>
          <w:sz w:val="28"/>
          <w:szCs w:val="28"/>
        </w:rPr>
        <w:t>1</w:t>
      </w:r>
      <w:r w:rsidRPr="00157D3E">
        <w:rPr>
          <w:rFonts w:ascii="Times New Roman" w:eastAsia="Times New Roman" w:hAnsi="Times New Roman" w:cs="Times New Roman"/>
          <w:color w:val="000000"/>
          <w:sz w:val="28"/>
          <w:szCs w:val="28"/>
        </w:rPr>
        <w:t xml:space="preserve"> năm ngày thành lập Quân đội nhân dân Việt Nam và 3</w:t>
      </w:r>
      <w:r w:rsidR="008719FC">
        <w:rPr>
          <w:rFonts w:ascii="Times New Roman" w:eastAsia="Times New Roman" w:hAnsi="Times New Roman" w:cs="Times New Roman"/>
          <w:color w:val="000000"/>
          <w:sz w:val="28"/>
          <w:szCs w:val="28"/>
        </w:rPr>
        <w:t>6</w:t>
      </w:r>
      <w:r w:rsidRPr="00157D3E">
        <w:rPr>
          <w:rFonts w:ascii="Times New Roman" w:eastAsia="Times New Roman" w:hAnsi="Times New Roman" w:cs="Times New Roman"/>
          <w:color w:val="000000"/>
          <w:sz w:val="28"/>
          <w:szCs w:val="28"/>
        </w:rPr>
        <w:t xml:space="preserve"> năm ngày hội Quốc phòng toàn dân (22/12/1944</w:t>
      </w:r>
      <w:r w:rsidR="00373D51">
        <w:rPr>
          <w:rFonts w:ascii="Times New Roman" w:eastAsia="Times New Roman" w:hAnsi="Times New Roman" w:cs="Times New Roman"/>
          <w:color w:val="000000"/>
          <w:sz w:val="28"/>
          <w:szCs w:val="28"/>
        </w:rPr>
        <w:t xml:space="preserve"> - </w:t>
      </w:r>
      <w:r w:rsidRPr="00157D3E">
        <w:rPr>
          <w:rFonts w:ascii="Times New Roman" w:eastAsia="Times New Roman" w:hAnsi="Times New Roman" w:cs="Times New Roman"/>
          <w:color w:val="000000"/>
          <w:sz w:val="28"/>
          <w:szCs w:val="28"/>
        </w:rPr>
        <w:t>22/12/202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5</w:t>
      </w:r>
      <w:r w:rsidR="008719FC">
        <w:rPr>
          <w:rFonts w:ascii="Times New Roman" w:eastAsia="Times New Roman" w:hAnsi="Times New Roman" w:cs="Times New Roman"/>
          <w:color w:val="000000"/>
          <w:sz w:val="28"/>
          <w:szCs w:val="28"/>
        </w:rPr>
        <w:t>3</w:t>
      </w:r>
      <w:r w:rsidRPr="00157D3E">
        <w:rPr>
          <w:rFonts w:ascii="Times New Roman" w:eastAsia="Times New Roman" w:hAnsi="Times New Roman" w:cs="Times New Roman"/>
          <w:color w:val="000000"/>
          <w:sz w:val="28"/>
          <w:szCs w:val="28"/>
        </w:rPr>
        <w:t xml:space="preserve"> năm chiến thắng Điện Biên Phủ trên không (12/1972</w:t>
      </w:r>
      <w:r w:rsidR="00373D51">
        <w:rPr>
          <w:rFonts w:ascii="Times New Roman" w:eastAsia="Times New Roman" w:hAnsi="Times New Roman" w:cs="Times New Roman"/>
          <w:color w:val="000000"/>
          <w:sz w:val="28"/>
          <w:szCs w:val="28"/>
        </w:rPr>
        <w:t xml:space="preserve"> - </w:t>
      </w:r>
      <w:r w:rsidRPr="00157D3E">
        <w:rPr>
          <w:rFonts w:ascii="Times New Roman" w:eastAsia="Times New Roman" w:hAnsi="Times New Roman" w:cs="Times New Roman"/>
          <w:color w:val="000000"/>
          <w:sz w:val="28"/>
          <w:szCs w:val="28"/>
        </w:rPr>
        <w:t>12/202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w:t>
      </w:r>
      <w:r w:rsidR="008719FC">
        <w:rPr>
          <w:rFonts w:ascii="Times New Roman" w:eastAsia="Times New Roman" w:hAnsi="Times New Roman" w:cs="Times New Roman"/>
          <w:color w:val="000000"/>
          <w:sz w:val="28"/>
          <w:szCs w:val="28"/>
        </w:rPr>
        <w:t>.</w:t>
      </w:r>
      <w:r w:rsidRPr="00157D3E">
        <w:rPr>
          <w:rFonts w:ascii="Times New Roman" w:eastAsia="Times New Roman" w:hAnsi="Times New Roman" w:cs="Times New Roman"/>
          <w:color w:val="000000"/>
          <w:sz w:val="28"/>
          <w:szCs w:val="28"/>
        </w:rPr>
        <w:t xml:space="preserve"> </w:t>
      </w:r>
    </w:p>
    <w:p w14:paraId="40D05ED4" w14:textId="11FF4788" w:rsidR="0081085D" w:rsidRPr="008719FC" w:rsidRDefault="00000000" w:rsidP="0033600B">
      <w:pPr>
        <w:tabs>
          <w:tab w:val="left" w:pos="720"/>
        </w:tabs>
        <w:autoSpaceDE w:val="0"/>
        <w:autoSpaceDN w:val="0"/>
        <w:spacing w:after="0"/>
        <w:ind w:firstLine="810"/>
        <w:jc w:val="both"/>
        <w:rPr>
          <w:rFonts w:ascii="Times New Roman" w:eastAsia="Times New Roman" w:hAnsi="Times New Roman" w:cs="Times New Roman"/>
          <w:color w:val="000000"/>
          <w:sz w:val="28"/>
          <w:szCs w:val="28"/>
        </w:rPr>
      </w:pPr>
      <w:r w:rsidRPr="00157D3E">
        <w:rPr>
          <w:rFonts w:ascii="Times New Roman" w:eastAsia="Times New Roman" w:hAnsi="Times New Roman" w:cs="Times New Roman"/>
          <w:color w:val="000000"/>
          <w:sz w:val="28"/>
          <w:szCs w:val="28"/>
        </w:rPr>
        <w:t>2. Triển khai Tháng hành động quốc gia phòng, chống HIV/AIDS năm 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với Chủ đề “Công bằng, bình đẳng trong tiếp cận dịch vụ phòng, chống HIV/AIDS - Hướng tới chấm dứt dịch bệnh AIDS vào năm 2030”.</w:t>
      </w:r>
      <w:r w:rsidR="004A441F" w:rsidRPr="00157D3E">
        <w:rPr>
          <w:rFonts w:ascii="Times New Roman" w:eastAsia="Times New Roman" w:hAnsi="Times New Roman" w:cs="Times New Roman"/>
          <w:color w:val="000000"/>
          <w:sz w:val="28"/>
          <w:szCs w:val="28"/>
        </w:rPr>
        <w:t xml:space="preserve"> </w:t>
      </w:r>
      <w:r w:rsidRPr="00157D3E">
        <w:rPr>
          <w:rFonts w:ascii="Times New Roman" w:eastAsia="Times New Roman" w:hAnsi="Times New Roman" w:cs="Times New Roman"/>
          <w:color w:val="000000"/>
          <w:sz w:val="28"/>
          <w:szCs w:val="28"/>
        </w:rPr>
        <w:t>Tăng cường công tác phòng chống dịch bệnh, an toàn trường học, phòng chống cháy nổ</w:t>
      </w:r>
      <w:r w:rsidR="004A441F" w:rsidRPr="00157D3E">
        <w:rPr>
          <w:rFonts w:ascii="Times New Roman" w:eastAsia="Times New Roman" w:hAnsi="Times New Roman" w:cs="Times New Roman"/>
          <w:color w:val="000000"/>
          <w:sz w:val="28"/>
          <w:szCs w:val="28"/>
        </w:rPr>
        <w:t>.</w:t>
      </w:r>
      <w:r w:rsidRPr="00157D3E">
        <w:rPr>
          <w:rFonts w:ascii="Times New Roman" w:eastAsia="Times New Roman" w:hAnsi="Times New Roman" w:cs="Times New Roman"/>
          <w:color w:val="000000"/>
          <w:sz w:val="28"/>
          <w:szCs w:val="28"/>
        </w:rPr>
        <w:t xml:space="preserve"> </w:t>
      </w:r>
    </w:p>
    <w:p w14:paraId="14D2D4E4" w14:textId="47D0F344" w:rsidR="0081085D" w:rsidRPr="00157D3E" w:rsidRDefault="00000000"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sidRPr="00157D3E">
        <w:rPr>
          <w:rFonts w:ascii="Times New Roman" w:eastAsia="Times New Roman" w:hAnsi="Times New Roman" w:cs="Times New Roman"/>
          <w:color w:val="000000"/>
          <w:sz w:val="28"/>
          <w:szCs w:val="28"/>
        </w:rPr>
        <w:t xml:space="preserve">3. </w:t>
      </w:r>
      <w:r w:rsidR="004A441F" w:rsidRPr="00157D3E">
        <w:rPr>
          <w:rFonts w:ascii="Times New Roman" w:eastAsia="Times New Roman" w:hAnsi="Times New Roman" w:cs="Times New Roman"/>
          <w:color w:val="000000"/>
          <w:sz w:val="28"/>
          <w:szCs w:val="28"/>
        </w:rPr>
        <w:t>Duy trì nền nếp của Nhà trường</w:t>
      </w:r>
      <w:r w:rsidRPr="00157D3E">
        <w:rPr>
          <w:rFonts w:ascii="Times New Roman" w:eastAsia="Times New Roman" w:hAnsi="Times New Roman" w:cs="Times New Roman"/>
          <w:color w:val="000000"/>
          <w:sz w:val="28"/>
          <w:szCs w:val="28"/>
        </w:rPr>
        <w:t>.</w:t>
      </w:r>
    </w:p>
    <w:p w14:paraId="6701ED9A" w14:textId="5700EE96" w:rsidR="004A441F" w:rsidRPr="00157D3E" w:rsidRDefault="004A441F"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sidRPr="00157D3E">
        <w:rPr>
          <w:rFonts w:ascii="Times New Roman" w:eastAsia="Times New Roman" w:hAnsi="Times New Roman" w:cs="Times New Roman"/>
          <w:color w:val="000000"/>
          <w:sz w:val="28"/>
          <w:szCs w:val="28"/>
        </w:rPr>
        <w:t xml:space="preserve">4. Tham gia các lớp bồi dưỡng chuyên môn của </w:t>
      </w:r>
      <w:r w:rsidR="008719FC">
        <w:rPr>
          <w:rFonts w:ascii="Times New Roman" w:eastAsia="Times New Roman" w:hAnsi="Times New Roman" w:cs="Times New Roman"/>
          <w:color w:val="000000"/>
          <w:sz w:val="28"/>
          <w:szCs w:val="28"/>
        </w:rPr>
        <w:t>cấp trên triển khai và tổ chức.</w:t>
      </w:r>
    </w:p>
    <w:p w14:paraId="48A95F9F" w14:textId="248C6F93" w:rsidR="0081085D" w:rsidRPr="00157D3E" w:rsidRDefault="00000000"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sidRPr="00157D3E">
        <w:rPr>
          <w:rFonts w:ascii="Times New Roman" w:eastAsia="Times New Roman" w:hAnsi="Times New Roman" w:cs="Times New Roman"/>
          <w:color w:val="000000"/>
          <w:sz w:val="28"/>
          <w:szCs w:val="28"/>
        </w:rPr>
        <w:t xml:space="preserve">5. </w:t>
      </w:r>
      <w:r w:rsidR="00AD69B4" w:rsidRPr="00157D3E">
        <w:rPr>
          <w:rFonts w:ascii="Times New Roman" w:eastAsia="Times New Roman" w:hAnsi="Times New Roman" w:cs="Times New Roman"/>
          <w:color w:val="000000"/>
          <w:sz w:val="28"/>
          <w:szCs w:val="28"/>
        </w:rPr>
        <w:t>H</w:t>
      </w:r>
      <w:r w:rsidRPr="00157D3E">
        <w:rPr>
          <w:rFonts w:ascii="Times New Roman" w:eastAsia="Times New Roman" w:hAnsi="Times New Roman" w:cs="Times New Roman"/>
          <w:color w:val="000000"/>
          <w:sz w:val="28"/>
          <w:szCs w:val="28"/>
        </w:rPr>
        <w:t>oàn thành báo cáo tháng 11/202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(chậm nhất ngày 01/12)</w:t>
      </w:r>
      <w:r w:rsidR="00AD69B4" w:rsidRPr="00157D3E">
        <w:rPr>
          <w:rFonts w:ascii="Times New Roman" w:eastAsia="Times New Roman" w:hAnsi="Times New Roman" w:cs="Times New Roman"/>
          <w:color w:val="000000"/>
          <w:sz w:val="28"/>
          <w:szCs w:val="28"/>
        </w:rPr>
        <w:t>.</w:t>
      </w:r>
    </w:p>
    <w:p w14:paraId="47628F7C" w14:textId="1583120F" w:rsidR="004A441F" w:rsidRDefault="008719FC"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r w:rsidR="004A441F" w:rsidRPr="00157D3E">
        <w:rPr>
          <w:rFonts w:ascii="Times New Roman" w:eastAsia="Times New Roman" w:hAnsi="Times New Roman" w:cs="Times New Roman"/>
          <w:color w:val="000000"/>
          <w:sz w:val="28"/>
          <w:szCs w:val="28"/>
        </w:rPr>
        <w:t>. Kiểm tra việc thực hiện nhiệm vụ của GV theo kế hoạch</w:t>
      </w:r>
      <w:r>
        <w:rPr>
          <w:rFonts w:ascii="Times New Roman" w:eastAsia="Times New Roman" w:hAnsi="Times New Roman" w:cs="Times New Roman"/>
          <w:color w:val="000000"/>
          <w:sz w:val="28"/>
          <w:szCs w:val="28"/>
        </w:rPr>
        <w:t>.</w:t>
      </w:r>
    </w:p>
    <w:p w14:paraId="50958A8C" w14:textId="2871C22E" w:rsidR="004B2CE9" w:rsidRPr="00157D3E" w:rsidRDefault="004B2CE9"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 Thực hiện các tiết chuyên đề, thể nghiệm theo kế hoạch.</w:t>
      </w:r>
    </w:p>
    <w:p w14:paraId="5E6BC78E" w14:textId="48EEBBC2" w:rsidR="001E53C5" w:rsidRDefault="004B2CE9"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w:t>
      </w:r>
      <w:r w:rsidR="00AD69B4" w:rsidRPr="00157D3E">
        <w:rPr>
          <w:rFonts w:ascii="Times New Roman" w:eastAsia="Times New Roman" w:hAnsi="Times New Roman" w:cs="Times New Roman"/>
          <w:color w:val="000000"/>
          <w:sz w:val="28"/>
          <w:szCs w:val="28"/>
        </w:rPr>
        <w:t xml:space="preserve">. </w:t>
      </w:r>
      <w:r w:rsidR="004A441F" w:rsidRPr="00157D3E">
        <w:rPr>
          <w:rFonts w:ascii="Times New Roman" w:eastAsia="Times New Roman" w:hAnsi="Times New Roman" w:cs="Times New Roman"/>
          <w:color w:val="000000"/>
          <w:sz w:val="28"/>
          <w:szCs w:val="28"/>
        </w:rPr>
        <w:t>Xây dựng</w:t>
      </w:r>
      <w:r w:rsidR="00213B77">
        <w:rPr>
          <w:rFonts w:ascii="Times New Roman" w:eastAsia="Times New Roman" w:hAnsi="Times New Roman" w:cs="Times New Roman"/>
          <w:color w:val="000000"/>
          <w:sz w:val="28"/>
          <w:szCs w:val="28"/>
        </w:rPr>
        <w:t xml:space="preserve"> </w:t>
      </w:r>
      <w:r w:rsidR="004A441F" w:rsidRPr="00157D3E">
        <w:rPr>
          <w:rFonts w:ascii="Times New Roman" w:eastAsia="Times New Roman" w:hAnsi="Times New Roman" w:cs="Times New Roman"/>
          <w:color w:val="000000"/>
          <w:sz w:val="28"/>
          <w:szCs w:val="28"/>
        </w:rPr>
        <w:t>k</w:t>
      </w:r>
      <w:r w:rsidR="00213B77">
        <w:rPr>
          <w:rFonts w:ascii="Times New Roman" w:eastAsia="Times New Roman" w:hAnsi="Times New Roman" w:cs="Times New Roman"/>
          <w:color w:val="000000"/>
          <w:sz w:val="28"/>
          <w:szCs w:val="28"/>
        </w:rPr>
        <w:t>ế</w:t>
      </w:r>
      <w:r w:rsidR="004A441F" w:rsidRPr="00157D3E">
        <w:rPr>
          <w:rFonts w:ascii="Times New Roman" w:eastAsia="Times New Roman" w:hAnsi="Times New Roman" w:cs="Times New Roman"/>
          <w:color w:val="000000"/>
          <w:sz w:val="28"/>
          <w:szCs w:val="28"/>
        </w:rPr>
        <w:t xml:space="preserve"> hoạch và</w:t>
      </w:r>
      <w:r w:rsidR="00AD69B4" w:rsidRPr="00157D3E">
        <w:rPr>
          <w:rFonts w:ascii="Times New Roman" w:eastAsia="Times New Roman" w:hAnsi="Times New Roman" w:cs="Times New Roman"/>
          <w:color w:val="000000"/>
          <w:sz w:val="28"/>
          <w:szCs w:val="28"/>
        </w:rPr>
        <w:t xml:space="preserve"> tổ chức kiểm tra, đánh giá cuối kì I</w:t>
      </w:r>
      <w:r w:rsidR="00213B77">
        <w:rPr>
          <w:rFonts w:ascii="Times New Roman" w:eastAsia="Times New Roman" w:hAnsi="Times New Roman" w:cs="Times New Roman"/>
          <w:color w:val="000000"/>
          <w:sz w:val="28"/>
          <w:szCs w:val="28"/>
        </w:rPr>
        <w:t xml:space="preserve"> năm học 202</w:t>
      </w:r>
      <w:r w:rsidR="008719FC">
        <w:rPr>
          <w:rFonts w:ascii="Times New Roman" w:eastAsia="Times New Roman" w:hAnsi="Times New Roman" w:cs="Times New Roman"/>
          <w:color w:val="000000"/>
          <w:sz w:val="28"/>
          <w:szCs w:val="28"/>
        </w:rPr>
        <w:t>5</w:t>
      </w:r>
      <w:r w:rsidR="00213B77">
        <w:rPr>
          <w:rFonts w:ascii="Times New Roman" w:eastAsia="Times New Roman" w:hAnsi="Times New Roman" w:cs="Times New Roman"/>
          <w:color w:val="000000"/>
          <w:sz w:val="28"/>
          <w:szCs w:val="28"/>
        </w:rPr>
        <w:t>-202</w:t>
      </w:r>
      <w:r w:rsidR="008719FC">
        <w:rPr>
          <w:rFonts w:ascii="Times New Roman" w:eastAsia="Times New Roman" w:hAnsi="Times New Roman" w:cs="Times New Roman"/>
          <w:color w:val="000000"/>
          <w:sz w:val="28"/>
          <w:szCs w:val="28"/>
        </w:rPr>
        <w:t>6</w:t>
      </w:r>
      <w:r w:rsidR="00213B77">
        <w:rPr>
          <w:rFonts w:ascii="Times New Roman" w:eastAsia="Times New Roman" w:hAnsi="Times New Roman" w:cs="Times New Roman"/>
          <w:color w:val="000000"/>
          <w:sz w:val="28"/>
          <w:szCs w:val="28"/>
        </w:rPr>
        <w:t>.</w:t>
      </w:r>
      <w:bookmarkEnd w:id="0"/>
    </w:p>
    <w:p w14:paraId="3A574A0C" w14:textId="7789EF0B" w:rsidR="004B2CE9" w:rsidRDefault="004B2CE9" w:rsidP="008719FC">
      <w:pPr>
        <w:tabs>
          <w:tab w:val="left" w:pos="630"/>
        </w:tabs>
        <w:autoSpaceDE w:val="0"/>
        <w:autoSpaceDN w:val="0"/>
        <w:spacing w:after="0"/>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 Phối hợp với Công an phường Chương Mỹ</w:t>
      </w:r>
      <w:r w:rsidR="00D5138A">
        <w:rPr>
          <w:rFonts w:ascii="Times New Roman" w:eastAsia="Times New Roman" w:hAnsi="Times New Roman" w:cs="Times New Roman"/>
          <w:color w:val="000000"/>
          <w:sz w:val="28"/>
          <w:szCs w:val="28"/>
        </w:rPr>
        <w:t xml:space="preserve"> tổ chức tuyên truyền, phổ biến, giáo dục pháp luật cho học sinh với Chủ đề: “Tuyên truyền phổ biến, giáo dục pháp luật về phòng chống TP thanh thiếu niên GRTTCC, bạo lực học đường, tệ nạn ma túy và bắt cóc online”</w:t>
      </w:r>
      <w:r w:rsidR="00373D51">
        <w:rPr>
          <w:rFonts w:ascii="Times New Roman" w:eastAsia="Times New Roman" w:hAnsi="Times New Roman" w:cs="Times New Roman"/>
          <w:color w:val="000000"/>
          <w:sz w:val="28"/>
          <w:szCs w:val="28"/>
        </w:rPr>
        <w:t xml:space="preserve"> vào ngày 13/12/2025</w:t>
      </w:r>
      <w:r w:rsidR="0033600B">
        <w:rPr>
          <w:rFonts w:ascii="Times New Roman" w:eastAsia="Times New Roman" w:hAnsi="Times New Roman" w:cs="Times New Roman"/>
          <w:color w:val="000000"/>
          <w:sz w:val="28"/>
          <w:szCs w:val="28"/>
        </w:rPr>
        <w:t>.</w:t>
      </w:r>
    </w:p>
    <w:p w14:paraId="695F0544" w14:textId="77777777" w:rsidR="004B2CE9" w:rsidRDefault="004B2CE9" w:rsidP="008719FC">
      <w:pPr>
        <w:tabs>
          <w:tab w:val="left" w:pos="630"/>
        </w:tabs>
        <w:autoSpaceDE w:val="0"/>
        <w:autoSpaceDN w:val="0"/>
        <w:spacing w:after="0"/>
        <w:ind w:firstLine="720"/>
        <w:rPr>
          <w:rFonts w:ascii="Times New Roman" w:hAnsi="Times New Roman" w:cs="Times New Roman"/>
          <w:sz w:val="28"/>
          <w:szCs w:val="28"/>
        </w:rPr>
      </w:pPr>
    </w:p>
    <w:p w14:paraId="55A6A919" w14:textId="77777777" w:rsidR="004B2CE9" w:rsidRDefault="004B2CE9" w:rsidP="008719FC">
      <w:pPr>
        <w:tabs>
          <w:tab w:val="left" w:pos="630"/>
        </w:tabs>
        <w:autoSpaceDE w:val="0"/>
        <w:autoSpaceDN w:val="0"/>
        <w:spacing w:after="0"/>
        <w:ind w:firstLine="720"/>
        <w:rPr>
          <w:rFonts w:ascii="Times New Roman" w:hAnsi="Times New Roman" w:cs="Times New Roman"/>
          <w:sz w:val="28"/>
          <w:szCs w:val="28"/>
        </w:rPr>
      </w:pPr>
    </w:p>
    <w:p w14:paraId="3EEF2FAA" w14:textId="0F659301" w:rsidR="00213B77" w:rsidRDefault="00D5138A" w:rsidP="0033600B">
      <w:pPr>
        <w:tabs>
          <w:tab w:val="left" w:pos="720"/>
          <w:tab w:val="left" w:pos="810"/>
        </w:tabs>
        <w:autoSpaceDE w:val="0"/>
        <w:autoSpaceDN w:val="0"/>
        <w:spacing w:after="0"/>
        <w:rPr>
          <w:rFonts w:ascii="Times New Roman" w:hAnsi="Times New Roman" w:cs="Times New Roman"/>
          <w:sz w:val="28"/>
          <w:szCs w:val="28"/>
        </w:rPr>
      </w:pPr>
      <w:r>
        <w:rPr>
          <w:rFonts w:ascii="Times New Roman" w:hAnsi="Times New Roman" w:cs="Times New Roman"/>
          <w:sz w:val="28"/>
          <w:szCs w:val="28"/>
        </w:rPr>
        <w:tab/>
      </w:r>
      <w:r w:rsidR="00000000" w:rsidRPr="00157D3E">
        <w:rPr>
          <w:rFonts w:ascii="Times New Roman" w:eastAsia="Times New Roman,Bold" w:hAnsi="Times New Roman" w:cs="Times New Roman"/>
          <w:b/>
          <w:color w:val="000000"/>
          <w:sz w:val="28"/>
          <w:szCs w:val="28"/>
        </w:rPr>
        <w:t xml:space="preserve">II. KẾ HOẠCH TỪNG TUẦN </w:t>
      </w:r>
    </w:p>
    <w:p w14:paraId="32727379" w14:textId="5463EFB6" w:rsidR="0081085D" w:rsidRPr="00157D3E" w:rsidRDefault="00000000"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Bold" w:hAnsi="Times New Roman" w:cs="Times New Roman"/>
          <w:b/>
          <w:color w:val="000000"/>
          <w:sz w:val="28"/>
          <w:szCs w:val="28"/>
        </w:rPr>
        <w:t>1. Tuần từ 0</w:t>
      </w:r>
      <w:r w:rsidR="008719FC">
        <w:rPr>
          <w:rFonts w:ascii="Times New Roman" w:eastAsia="Times New Roman,Bold" w:hAnsi="Times New Roman" w:cs="Times New Roman"/>
          <w:b/>
          <w:color w:val="000000"/>
          <w:sz w:val="28"/>
          <w:szCs w:val="28"/>
        </w:rPr>
        <w:t>1</w:t>
      </w:r>
      <w:r w:rsidRPr="00157D3E">
        <w:rPr>
          <w:rFonts w:ascii="Times New Roman" w:eastAsia="Times New Roman,Bold" w:hAnsi="Times New Roman" w:cs="Times New Roman"/>
          <w:b/>
          <w:color w:val="000000"/>
          <w:sz w:val="28"/>
          <w:szCs w:val="28"/>
        </w:rPr>
        <w:t>/12/202</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đến 0</w:t>
      </w:r>
      <w:r w:rsidR="008719FC">
        <w:rPr>
          <w:rFonts w:ascii="Times New Roman" w:eastAsia="Times New Roman,Bold" w:hAnsi="Times New Roman" w:cs="Times New Roman"/>
          <w:b/>
          <w:color w:val="000000"/>
          <w:sz w:val="28"/>
          <w:szCs w:val="28"/>
        </w:rPr>
        <w:t>7</w:t>
      </w:r>
      <w:r w:rsidRPr="00157D3E">
        <w:rPr>
          <w:rFonts w:ascii="Times New Roman" w:eastAsia="Times New Roman,Bold" w:hAnsi="Times New Roman" w:cs="Times New Roman"/>
          <w:b/>
          <w:color w:val="000000"/>
          <w:sz w:val="28"/>
          <w:szCs w:val="28"/>
        </w:rPr>
        <w:t>/12/202</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w:t>
      </w:r>
    </w:p>
    <w:p w14:paraId="6BC4B768" w14:textId="65FF6A86" w:rsidR="0081085D" w:rsidRPr="00157D3E" w:rsidRDefault="00000000"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Thực hiện kế hoạch chương trình tuần 13 năm học 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- 202</w:t>
      </w:r>
      <w:r w:rsidR="008719FC">
        <w:rPr>
          <w:rFonts w:ascii="Times New Roman" w:eastAsia="Times New Roman" w:hAnsi="Times New Roman" w:cs="Times New Roman"/>
          <w:color w:val="000000"/>
          <w:sz w:val="28"/>
          <w:szCs w:val="28"/>
        </w:rPr>
        <w:t>6</w:t>
      </w:r>
      <w:r w:rsidRPr="00157D3E">
        <w:rPr>
          <w:rFonts w:ascii="Times New Roman" w:eastAsia="Times New Roman" w:hAnsi="Times New Roman" w:cs="Times New Roman"/>
          <w:color w:val="000000"/>
          <w:sz w:val="28"/>
          <w:szCs w:val="28"/>
        </w:rPr>
        <w:t xml:space="preserve">. </w:t>
      </w:r>
    </w:p>
    <w:p w14:paraId="3802C518" w14:textId="38743AEC" w:rsidR="004A441F" w:rsidRPr="00157D3E" w:rsidRDefault="00000000"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Tiếp tục thực hiện các chuyên đề chuyên môn về dạy học theo chủ đề, đổi mới phương pháp dạy học, đổi mới kiểm tra, đánh giá.  </w:t>
      </w:r>
    </w:p>
    <w:p w14:paraId="4C616C61" w14:textId="0B317577" w:rsidR="0081085D" w:rsidRPr="00157D3E" w:rsidRDefault="00000000"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w:t>
      </w:r>
      <w:r w:rsidR="003B69A4" w:rsidRPr="00157D3E">
        <w:rPr>
          <w:rFonts w:ascii="Times New Roman" w:eastAsia="Times New Roman" w:hAnsi="Times New Roman" w:cs="Times New Roman"/>
          <w:color w:val="000000"/>
          <w:sz w:val="28"/>
          <w:szCs w:val="28"/>
        </w:rPr>
        <w:t>Thực</w:t>
      </w:r>
      <w:r w:rsidRPr="00157D3E">
        <w:rPr>
          <w:rFonts w:ascii="Times New Roman" w:eastAsia="Times New Roman" w:hAnsi="Times New Roman" w:cs="Times New Roman"/>
          <w:color w:val="000000"/>
          <w:sz w:val="28"/>
          <w:szCs w:val="28"/>
        </w:rPr>
        <w:t xml:space="preserve"> hiện kiểm tra nội bộ, kiểm tra thực hiện nhiệm vụ giáo viên. </w:t>
      </w:r>
    </w:p>
    <w:p w14:paraId="4EE1AA9A" w14:textId="1EDCC974" w:rsidR="00213B77" w:rsidRDefault="00000000"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Bold" w:hAnsi="Times New Roman" w:cs="Times New Roman"/>
          <w:b/>
          <w:color w:val="000000"/>
          <w:sz w:val="28"/>
          <w:szCs w:val="28"/>
        </w:rPr>
        <w:t>2. Tuần từ 0</w:t>
      </w:r>
      <w:r w:rsidR="008719FC">
        <w:rPr>
          <w:rFonts w:ascii="Times New Roman" w:eastAsia="Times New Roman,Bold" w:hAnsi="Times New Roman" w:cs="Times New Roman"/>
          <w:b/>
          <w:color w:val="000000"/>
          <w:sz w:val="28"/>
          <w:szCs w:val="28"/>
        </w:rPr>
        <w:t>8</w:t>
      </w:r>
      <w:r w:rsidRPr="00157D3E">
        <w:rPr>
          <w:rFonts w:ascii="Times New Roman" w:eastAsia="Times New Roman,Bold" w:hAnsi="Times New Roman" w:cs="Times New Roman"/>
          <w:b/>
          <w:color w:val="000000"/>
          <w:sz w:val="28"/>
          <w:szCs w:val="28"/>
        </w:rPr>
        <w:t>/12/202</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đến 1</w:t>
      </w:r>
      <w:r w:rsidR="008719FC">
        <w:rPr>
          <w:rFonts w:ascii="Times New Roman" w:eastAsia="Times New Roman,Bold" w:hAnsi="Times New Roman" w:cs="Times New Roman"/>
          <w:b/>
          <w:color w:val="000000"/>
          <w:sz w:val="28"/>
          <w:szCs w:val="28"/>
        </w:rPr>
        <w:t>4</w:t>
      </w:r>
      <w:r w:rsidRPr="00157D3E">
        <w:rPr>
          <w:rFonts w:ascii="Times New Roman" w:eastAsia="Times New Roman,Bold" w:hAnsi="Times New Roman" w:cs="Times New Roman"/>
          <w:b/>
          <w:color w:val="000000"/>
          <w:sz w:val="28"/>
          <w:szCs w:val="28"/>
        </w:rPr>
        <w:t>/12/202</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w:t>
      </w:r>
    </w:p>
    <w:p w14:paraId="6D78B8AA" w14:textId="04E2FCDB" w:rsidR="0081085D" w:rsidRPr="00157D3E" w:rsidRDefault="00000000"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Thực hiện kế hoạch chương trình tuần 14 năm học 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- 202</w:t>
      </w:r>
      <w:r w:rsidR="008719FC">
        <w:rPr>
          <w:rFonts w:ascii="Times New Roman" w:eastAsia="Times New Roman" w:hAnsi="Times New Roman" w:cs="Times New Roman"/>
          <w:color w:val="000000"/>
          <w:sz w:val="28"/>
          <w:szCs w:val="28"/>
        </w:rPr>
        <w:t>6</w:t>
      </w:r>
      <w:r w:rsidRPr="00157D3E">
        <w:rPr>
          <w:rFonts w:ascii="Times New Roman" w:eastAsia="Times New Roman" w:hAnsi="Times New Roman" w:cs="Times New Roman"/>
          <w:color w:val="000000"/>
          <w:sz w:val="28"/>
          <w:szCs w:val="28"/>
        </w:rPr>
        <w:t xml:space="preserve">. Những bộ môn chưa đảm bảo tiến độ thực hiện chương trình, cần bố trí dạy bù để đảm bảo chương trình kiểm tra cuối kỳ I. </w:t>
      </w:r>
    </w:p>
    <w:p w14:paraId="617B84DE" w14:textId="4C9FB5AE" w:rsidR="003B69A4" w:rsidRPr="00157D3E" w:rsidRDefault="003B69A4" w:rsidP="0033600B">
      <w:pPr>
        <w:tabs>
          <w:tab w:val="left" w:pos="720"/>
        </w:tabs>
        <w:autoSpaceDE w:val="0"/>
        <w:autoSpaceDN w:val="0"/>
        <w:spacing w:after="0"/>
        <w:ind w:firstLine="720"/>
        <w:jc w:val="both"/>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Đẩy mạnh hoạt động thi đua chào mừng ngày thành lập Quân đội nhân dân Việt Nam. Giáo dục cho học sinh lòng biết ơn, yêu mến, kính trọng, rèn cho học sinh tác phong nhanh nhẹn, ý thức tổ chức kỷ luật noi gương anh bộ đội cụ Hồ. </w:t>
      </w:r>
    </w:p>
    <w:p w14:paraId="5AA51017" w14:textId="77777777" w:rsidR="003B69A4" w:rsidRPr="00157D3E" w:rsidRDefault="003B69A4" w:rsidP="0033600B">
      <w:pPr>
        <w:tabs>
          <w:tab w:val="left" w:pos="720"/>
        </w:tabs>
        <w:autoSpaceDE w:val="0"/>
        <w:autoSpaceDN w:val="0"/>
        <w:spacing w:after="0"/>
        <w:ind w:firstLine="720"/>
        <w:jc w:val="both"/>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Tập trung ôn tập cho học sinh các bộ môn và triển khai kế hoạch kiểm tra cuối kỳ I đảm bảo tinh thần tiếp tục đổi mới kiểm tra đánh giá các bộ môn và tổ chức thực hiện đảm bảo đúng quy chế. </w:t>
      </w:r>
    </w:p>
    <w:p w14:paraId="09671B39" w14:textId="4BFC813E" w:rsidR="003B69A4" w:rsidRPr="00157D3E" w:rsidRDefault="003B69A4" w:rsidP="0033600B">
      <w:pPr>
        <w:tabs>
          <w:tab w:val="left" w:pos="720"/>
        </w:tabs>
        <w:autoSpaceDE w:val="0"/>
        <w:autoSpaceDN w:val="0"/>
        <w:spacing w:after="0"/>
        <w:ind w:firstLine="720"/>
        <w:jc w:val="both"/>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Tăng cường kiểm tra việc thực hiện chương trình, kế hoạch dạy học đảm bảo theo đúng quy định. Tăng cường dự giờ, kiểm tra giáo viên. </w:t>
      </w:r>
    </w:p>
    <w:p w14:paraId="69923489" w14:textId="0D85953A" w:rsidR="00213B77"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Bold" w:hAnsi="Times New Roman" w:cs="Times New Roman"/>
          <w:b/>
          <w:color w:val="000000"/>
          <w:sz w:val="28"/>
          <w:szCs w:val="28"/>
        </w:rPr>
        <w:t>3. Tuần từ 1</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/12/202</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đến 2</w:t>
      </w:r>
      <w:r w:rsidR="008719FC">
        <w:rPr>
          <w:rFonts w:ascii="Times New Roman" w:eastAsia="Times New Roman,Bold" w:hAnsi="Times New Roman" w:cs="Times New Roman"/>
          <w:b/>
          <w:color w:val="000000"/>
          <w:sz w:val="28"/>
          <w:szCs w:val="28"/>
        </w:rPr>
        <w:t>1</w:t>
      </w:r>
      <w:r w:rsidRPr="00157D3E">
        <w:rPr>
          <w:rFonts w:ascii="Times New Roman" w:eastAsia="Times New Roman,Bold" w:hAnsi="Times New Roman" w:cs="Times New Roman"/>
          <w:b/>
          <w:color w:val="000000"/>
          <w:sz w:val="28"/>
          <w:szCs w:val="28"/>
        </w:rPr>
        <w:t>/12/202</w:t>
      </w:r>
      <w:r w:rsidR="008719FC">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w:t>
      </w:r>
    </w:p>
    <w:p w14:paraId="018A4239" w14:textId="3F168F50" w:rsidR="003B69A4" w:rsidRPr="00157D3E"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Thực hiện kế hoạch chương trình tuần 15 năm học 202</w:t>
      </w:r>
      <w:r w:rsidR="008719FC">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- 202</w:t>
      </w:r>
      <w:r w:rsidR="008719FC">
        <w:rPr>
          <w:rFonts w:ascii="Times New Roman" w:eastAsia="Times New Roman" w:hAnsi="Times New Roman" w:cs="Times New Roman"/>
          <w:color w:val="000000"/>
          <w:sz w:val="28"/>
          <w:szCs w:val="28"/>
        </w:rPr>
        <w:t>6</w:t>
      </w:r>
      <w:r w:rsidRPr="00157D3E">
        <w:rPr>
          <w:rFonts w:ascii="Times New Roman" w:eastAsia="Times New Roman" w:hAnsi="Times New Roman" w:cs="Times New Roman"/>
          <w:color w:val="000000"/>
          <w:sz w:val="28"/>
          <w:szCs w:val="28"/>
        </w:rPr>
        <w:t xml:space="preserve">. Những bộ môn chưa đảm bảo tiến độ thực hiện chương trình, cần bố trí dạy bù để đảm bảo chương trình kiểm tra cuối kì I. </w:t>
      </w:r>
    </w:p>
    <w:p w14:paraId="301B39FB" w14:textId="52A5FC7B" w:rsidR="003B69A4" w:rsidRPr="00157D3E" w:rsidRDefault="003B69A4" w:rsidP="0033600B">
      <w:pPr>
        <w:tabs>
          <w:tab w:val="left" w:pos="720"/>
        </w:tabs>
        <w:autoSpaceDE w:val="0"/>
        <w:autoSpaceDN w:val="0"/>
        <w:spacing w:after="0"/>
        <w:ind w:firstLine="720"/>
        <w:rPr>
          <w:rFonts w:ascii="Times New Roman" w:eastAsia="Times New Roman" w:hAnsi="Times New Roman" w:cs="Times New Roman"/>
          <w:color w:val="000000"/>
          <w:sz w:val="28"/>
          <w:szCs w:val="28"/>
        </w:rPr>
      </w:pPr>
      <w:r w:rsidRPr="00157D3E">
        <w:rPr>
          <w:rFonts w:ascii="Times New Roman" w:eastAsia="Times New Roman" w:hAnsi="Times New Roman" w:cs="Times New Roman"/>
          <w:color w:val="000000"/>
          <w:sz w:val="28"/>
          <w:szCs w:val="28"/>
        </w:rPr>
        <w:t xml:space="preserve">- </w:t>
      </w:r>
      <w:r w:rsidR="00E30166">
        <w:rPr>
          <w:rFonts w:ascii="Times New Roman" w:eastAsia="Times New Roman" w:hAnsi="Times New Roman" w:cs="Times New Roman"/>
          <w:color w:val="000000"/>
          <w:sz w:val="28"/>
          <w:szCs w:val="28"/>
        </w:rPr>
        <w:t>Tổ</w:t>
      </w:r>
      <w:r w:rsidRPr="00157D3E">
        <w:rPr>
          <w:rFonts w:ascii="Times New Roman" w:eastAsia="Times New Roman" w:hAnsi="Times New Roman" w:cs="Times New Roman"/>
          <w:color w:val="000000"/>
          <w:sz w:val="28"/>
          <w:szCs w:val="28"/>
        </w:rPr>
        <w:t xml:space="preserve"> chức chào mừng ngày thành lập Quân đội nhân dân Việt Nam và ngày hội Quốc phòng toàn dân. </w:t>
      </w:r>
    </w:p>
    <w:p w14:paraId="10CA7E41" w14:textId="0D5D2661" w:rsidR="003B69A4" w:rsidRPr="00157D3E"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Thực hiện tốt nền nếp Nhà trường.</w:t>
      </w:r>
    </w:p>
    <w:p w14:paraId="2948E4F9" w14:textId="7CD1183E" w:rsidR="00613453"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Bold" w:hAnsi="Times New Roman" w:cs="Times New Roman"/>
          <w:b/>
          <w:color w:val="000000"/>
          <w:sz w:val="28"/>
          <w:szCs w:val="28"/>
        </w:rPr>
        <w:t>4. Tuần từ 2</w:t>
      </w:r>
      <w:r w:rsidR="00E30166">
        <w:rPr>
          <w:rFonts w:ascii="Times New Roman" w:eastAsia="Times New Roman,Bold" w:hAnsi="Times New Roman" w:cs="Times New Roman"/>
          <w:b/>
          <w:color w:val="000000"/>
          <w:sz w:val="28"/>
          <w:szCs w:val="28"/>
        </w:rPr>
        <w:t>2</w:t>
      </w:r>
      <w:r w:rsidRPr="00157D3E">
        <w:rPr>
          <w:rFonts w:ascii="Times New Roman" w:eastAsia="Times New Roman,Bold" w:hAnsi="Times New Roman" w:cs="Times New Roman"/>
          <w:b/>
          <w:color w:val="000000"/>
          <w:sz w:val="28"/>
          <w:szCs w:val="28"/>
        </w:rPr>
        <w:t>/12/202</w:t>
      </w:r>
      <w:r w:rsidR="00E30166">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đến 2</w:t>
      </w:r>
      <w:r w:rsidR="00E30166">
        <w:rPr>
          <w:rFonts w:ascii="Times New Roman" w:eastAsia="Times New Roman,Bold" w:hAnsi="Times New Roman" w:cs="Times New Roman"/>
          <w:b/>
          <w:color w:val="000000"/>
          <w:sz w:val="28"/>
          <w:szCs w:val="28"/>
        </w:rPr>
        <w:t>8</w:t>
      </w:r>
      <w:r w:rsidRPr="00157D3E">
        <w:rPr>
          <w:rFonts w:ascii="Times New Roman" w:eastAsia="Times New Roman,Bold" w:hAnsi="Times New Roman" w:cs="Times New Roman"/>
          <w:b/>
          <w:color w:val="000000"/>
          <w:sz w:val="28"/>
          <w:szCs w:val="28"/>
        </w:rPr>
        <w:t>/12/202</w:t>
      </w:r>
      <w:r w:rsidR="00E30166">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w:t>
      </w:r>
    </w:p>
    <w:p w14:paraId="605955A7" w14:textId="644D5421" w:rsidR="003B69A4" w:rsidRPr="00157D3E"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Thực hiện kế hoạch chương trình tuần 16 năm học 202</w:t>
      </w:r>
      <w:r w:rsidR="00E30166">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- 202</w:t>
      </w:r>
      <w:r w:rsidR="00E30166">
        <w:rPr>
          <w:rFonts w:ascii="Times New Roman" w:eastAsia="Times New Roman" w:hAnsi="Times New Roman" w:cs="Times New Roman"/>
          <w:color w:val="000000"/>
          <w:sz w:val="28"/>
          <w:szCs w:val="28"/>
        </w:rPr>
        <w:t>6</w:t>
      </w:r>
      <w:r w:rsidRPr="00157D3E">
        <w:rPr>
          <w:rFonts w:ascii="Times New Roman" w:eastAsia="Times New Roman" w:hAnsi="Times New Roman" w:cs="Times New Roman"/>
          <w:color w:val="000000"/>
          <w:sz w:val="28"/>
          <w:szCs w:val="28"/>
        </w:rPr>
        <w:t xml:space="preserve">. </w:t>
      </w:r>
    </w:p>
    <w:p w14:paraId="5E37CD88" w14:textId="499607DE" w:rsidR="003B69A4" w:rsidRPr="00157D3E"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Tăng cường kiểm tra việc thực hiện chương trình, kế hoạch dạy học đảm bảo theo đúng quy định. </w:t>
      </w:r>
    </w:p>
    <w:p w14:paraId="1DD4C51B" w14:textId="346D6ABE" w:rsidR="003B69A4" w:rsidRPr="00157D3E"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Nhà trường tổ chức kiểm tra, đánh giá cuối kì I các bộ môn</w:t>
      </w:r>
      <w:r w:rsidR="00E30166">
        <w:rPr>
          <w:rFonts w:ascii="Times New Roman" w:eastAsia="Times New Roman" w:hAnsi="Times New Roman" w:cs="Times New Roman"/>
          <w:color w:val="000000"/>
          <w:sz w:val="28"/>
          <w:szCs w:val="28"/>
        </w:rPr>
        <w:t>.</w:t>
      </w:r>
    </w:p>
    <w:p w14:paraId="069A6977" w14:textId="64A4C6C6" w:rsidR="003B69A4" w:rsidRPr="00157D3E" w:rsidRDefault="003B69A4" w:rsidP="0033600B">
      <w:pPr>
        <w:tabs>
          <w:tab w:val="left" w:pos="720"/>
        </w:tabs>
        <w:autoSpaceDE w:val="0"/>
        <w:autoSpaceDN w:val="0"/>
        <w:spacing w:after="0"/>
        <w:ind w:firstLine="720"/>
        <w:jc w:val="both"/>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xml:space="preserve">- Ôn tập, lập kế hoạch kiểm tra, đánh giá cuối kì I. Chú ý ôn tập và sắp xếp hợp lý các tiết kiểm tra, đánh giá cuối kì giúp học sinh chuẩn bị tốt tâm thế dự kiểm tra đạt kết quả cao, kiểm tra không quá 02 môn/buổi. </w:t>
      </w:r>
    </w:p>
    <w:p w14:paraId="16A83CAC" w14:textId="68255361" w:rsidR="003B69A4" w:rsidRPr="00157D3E" w:rsidRDefault="003B69A4"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Bold" w:hAnsi="Times New Roman" w:cs="Times New Roman"/>
          <w:b/>
          <w:color w:val="000000"/>
          <w:sz w:val="28"/>
          <w:szCs w:val="28"/>
        </w:rPr>
        <w:t xml:space="preserve">5. Tuần từ </w:t>
      </w:r>
      <w:r w:rsidR="004B2CE9">
        <w:rPr>
          <w:rFonts w:ascii="Times New Roman" w:eastAsia="Times New Roman,Bold" w:hAnsi="Times New Roman" w:cs="Times New Roman"/>
          <w:b/>
          <w:color w:val="000000"/>
          <w:sz w:val="28"/>
          <w:szCs w:val="28"/>
        </w:rPr>
        <w:t>29</w:t>
      </w:r>
      <w:r w:rsidRPr="00157D3E">
        <w:rPr>
          <w:rFonts w:ascii="Times New Roman" w:eastAsia="Times New Roman,Bold" w:hAnsi="Times New Roman" w:cs="Times New Roman"/>
          <w:b/>
          <w:color w:val="000000"/>
          <w:sz w:val="28"/>
          <w:szCs w:val="28"/>
        </w:rPr>
        <w:t>/12/202</w:t>
      </w:r>
      <w:r w:rsidR="004B2CE9">
        <w:rPr>
          <w:rFonts w:ascii="Times New Roman" w:eastAsia="Times New Roman,Bold" w:hAnsi="Times New Roman" w:cs="Times New Roman"/>
          <w:b/>
          <w:color w:val="000000"/>
          <w:sz w:val="28"/>
          <w:szCs w:val="28"/>
        </w:rPr>
        <w:t>5</w:t>
      </w:r>
      <w:r w:rsidRPr="00157D3E">
        <w:rPr>
          <w:rFonts w:ascii="Times New Roman" w:eastAsia="Times New Roman,Bold" w:hAnsi="Times New Roman" w:cs="Times New Roman"/>
          <w:b/>
          <w:color w:val="000000"/>
          <w:sz w:val="28"/>
          <w:szCs w:val="28"/>
        </w:rPr>
        <w:t xml:space="preserve"> đến 0</w:t>
      </w:r>
      <w:r w:rsidR="004B2CE9">
        <w:rPr>
          <w:rFonts w:ascii="Times New Roman" w:eastAsia="Times New Roman,Bold" w:hAnsi="Times New Roman" w:cs="Times New Roman"/>
          <w:b/>
          <w:color w:val="000000"/>
          <w:sz w:val="28"/>
          <w:szCs w:val="28"/>
        </w:rPr>
        <w:t>4</w:t>
      </w:r>
      <w:r w:rsidRPr="00157D3E">
        <w:rPr>
          <w:rFonts w:ascii="Times New Roman" w:eastAsia="Times New Roman,Bold" w:hAnsi="Times New Roman" w:cs="Times New Roman"/>
          <w:b/>
          <w:color w:val="000000"/>
          <w:sz w:val="28"/>
          <w:szCs w:val="28"/>
        </w:rPr>
        <w:t>/01/202</w:t>
      </w:r>
      <w:r w:rsidR="004B2CE9">
        <w:rPr>
          <w:rFonts w:ascii="Times New Roman" w:eastAsia="Times New Roman,Bold" w:hAnsi="Times New Roman" w:cs="Times New Roman"/>
          <w:b/>
          <w:color w:val="000000"/>
          <w:sz w:val="28"/>
          <w:szCs w:val="28"/>
        </w:rPr>
        <w:t>6</w:t>
      </w:r>
      <w:r w:rsidRPr="00157D3E">
        <w:rPr>
          <w:rFonts w:ascii="Times New Roman" w:eastAsia="Times New Roman,Bold" w:hAnsi="Times New Roman" w:cs="Times New Roman"/>
          <w:b/>
          <w:color w:val="000000"/>
          <w:sz w:val="28"/>
          <w:szCs w:val="28"/>
        </w:rPr>
        <w:t xml:space="preserve"> </w:t>
      </w:r>
      <w:r w:rsidRPr="00157D3E">
        <w:rPr>
          <w:rFonts w:ascii="Times New Roman" w:hAnsi="Times New Roman" w:cs="Times New Roman"/>
          <w:sz w:val="28"/>
          <w:szCs w:val="28"/>
        </w:rPr>
        <w:br/>
      </w:r>
      <w:r w:rsidR="0033600B">
        <w:rPr>
          <w:rFonts w:ascii="Times New Roman" w:eastAsia="Times New Roman" w:hAnsi="Times New Roman" w:cs="Times New Roman"/>
          <w:color w:val="000000"/>
          <w:sz w:val="28"/>
          <w:szCs w:val="28"/>
        </w:rPr>
        <w:tab/>
      </w:r>
      <w:r w:rsidRPr="00157D3E">
        <w:rPr>
          <w:rFonts w:ascii="Times New Roman" w:eastAsia="Times New Roman" w:hAnsi="Times New Roman" w:cs="Times New Roman"/>
          <w:color w:val="000000"/>
          <w:sz w:val="28"/>
          <w:szCs w:val="28"/>
        </w:rPr>
        <w:t>- Thực hiện kế hoạch chương trình tuần 17 năm học 202</w:t>
      </w:r>
      <w:r w:rsidR="004B2CE9">
        <w:rPr>
          <w:rFonts w:ascii="Times New Roman" w:eastAsia="Times New Roman" w:hAnsi="Times New Roman" w:cs="Times New Roman"/>
          <w:color w:val="000000"/>
          <w:sz w:val="28"/>
          <w:szCs w:val="28"/>
        </w:rPr>
        <w:t>5</w:t>
      </w:r>
      <w:r w:rsidRPr="00157D3E">
        <w:rPr>
          <w:rFonts w:ascii="Times New Roman" w:eastAsia="Times New Roman" w:hAnsi="Times New Roman" w:cs="Times New Roman"/>
          <w:color w:val="000000"/>
          <w:sz w:val="28"/>
          <w:szCs w:val="28"/>
        </w:rPr>
        <w:t xml:space="preserve"> - 202</w:t>
      </w:r>
      <w:r w:rsidR="004B2CE9">
        <w:rPr>
          <w:rFonts w:ascii="Times New Roman" w:eastAsia="Times New Roman" w:hAnsi="Times New Roman" w:cs="Times New Roman"/>
          <w:color w:val="000000"/>
          <w:sz w:val="28"/>
          <w:szCs w:val="28"/>
        </w:rPr>
        <w:t>6</w:t>
      </w:r>
      <w:r w:rsidRPr="00157D3E">
        <w:rPr>
          <w:rFonts w:ascii="Times New Roman" w:eastAsia="Times New Roman" w:hAnsi="Times New Roman" w:cs="Times New Roman"/>
          <w:color w:val="000000"/>
          <w:sz w:val="28"/>
          <w:szCs w:val="28"/>
        </w:rPr>
        <w:t xml:space="preserve">. </w:t>
      </w:r>
    </w:p>
    <w:p w14:paraId="503CDD0B" w14:textId="424CB8F3" w:rsidR="00213B77" w:rsidRDefault="00157D3E"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t>- Tiếp tục tổ chức kiểm tra cuối kỳ I các môn còn lại của các khối lớp</w:t>
      </w:r>
      <w:r w:rsidR="004B2CE9">
        <w:rPr>
          <w:rFonts w:ascii="Times New Roman" w:eastAsia="Times New Roman" w:hAnsi="Times New Roman" w:cs="Times New Roman"/>
          <w:color w:val="000000"/>
          <w:sz w:val="28"/>
          <w:szCs w:val="28"/>
        </w:rPr>
        <w:t>.</w:t>
      </w:r>
    </w:p>
    <w:p w14:paraId="5339FC2E" w14:textId="0BF398D2" w:rsidR="00157D3E" w:rsidRPr="00157D3E" w:rsidRDefault="00157D3E" w:rsidP="0033600B">
      <w:pPr>
        <w:tabs>
          <w:tab w:val="left" w:pos="720"/>
        </w:tabs>
        <w:autoSpaceDE w:val="0"/>
        <w:autoSpaceDN w:val="0"/>
        <w:spacing w:after="0"/>
        <w:ind w:firstLine="720"/>
        <w:rPr>
          <w:rFonts w:ascii="Times New Roman" w:hAnsi="Times New Roman" w:cs="Times New Roman"/>
          <w:sz w:val="28"/>
          <w:szCs w:val="28"/>
        </w:rPr>
      </w:pPr>
      <w:r w:rsidRPr="00157D3E">
        <w:rPr>
          <w:rFonts w:ascii="Times New Roman" w:eastAsia="Times New Roman" w:hAnsi="Times New Roman" w:cs="Times New Roman"/>
          <w:color w:val="000000"/>
          <w:sz w:val="28"/>
          <w:szCs w:val="28"/>
        </w:rPr>
        <w:lastRenderedPageBreak/>
        <w:t xml:space="preserve">- Sau khi Nhà trường tổ chức kiểm tra, đánh giá cuối kì các môn xong, </w:t>
      </w:r>
      <w:r w:rsidR="004B2CE9">
        <w:rPr>
          <w:rFonts w:ascii="Times New Roman" w:eastAsia="Times New Roman" w:hAnsi="Times New Roman" w:cs="Times New Roman"/>
          <w:color w:val="000000"/>
          <w:sz w:val="28"/>
          <w:szCs w:val="28"/>
        </w:rPr>
        <w:t>giáo viên chấm bài và nhập phầm mềm theo đúng tiến độ vào điểm.</w:t>
      </w:r>
    </w:p>
    <w:p w14:paraId="7FC6DD0B" w14:textId="77777777" w:rsidR="00B15612" w:rsidRDefault="00FB7991" w:rsidP="00FB7991">
      <w:pPr>
        <w:widowControl w:val="0"/>
        <w:tabs>
          <w:tab w:val="left" w:pos="0"/>
        </w:tabs>
        <w:spacing w:after="0"/>
        <w:ind w:firstLine="630"/>
        <w:jc w:val="both"/>
        <w:rPr>
          <w:rFonts w:ascii="Times New Roman" w:hAnsi="Times New Roman" w:cs="Times New Roman"/>
          <w:sz w:val="28"/>
          <w:szCs w:val="28"/>
        </w:rPr>
      </w:pPr>
      <w:r>
        <w:rPr>
          <w:rFonts w:ascii="Times New Roman" w:hAnsi="Times New Roman" w:cs="Times New Roman"/>
          <w:sz w:val="28"/>
          <w:szCs w:val="28"/>
        </w:rPr>
        <w:tab/>
      </w:r>
    </w:p>
    <w:p w14:paraId="075CEA12" w14:textId="44AEC4F6" w:rsidR="00157D3E" w:rsidRPr="00157D3E" w:rsidRDefault="00157D3E" w:rsidP="00FB7991">
      <w:pPr>
        <w:widowControl w:val="0"/>
        <w:tabs>
          <w:tab w:val="left" w:pos="0"/>
        </w:tabs>
        <w:spacing w:after="0"/>
        <w:ind w:firstLine="630"/>
        <w:jc w:val="both"/>
        <w:rPr>
          <w:rFonts w:ascii="Times New Roman" w:eastAsia="Times New Roman" w:hAnsi="Times New Roman" w:cs="Times New Roman"/>
          <w:sz w:val="28"/>
          <w:szCs w:val="28"/>
          <w:lang w:val="vi-VN"/>
        </w:rPr>
      </w:pPr>
      <w:r w:rsidRPr="00157D3E">
        <w:rPr>
          <w:rFonts w:ascii="Times New Roman" w:eastAsia="Times New Roman" w:hAnsi="Times New Roman" w:cs="Times New Roman"/>
          <w:sz w:val="28"/>
          <w:szCs w:val="28"/>
          <w:lang w:val="it-IT"/>
        </w:rPr>
        <w:t>Nhận được văn bản này, Hiệu trưởng trường THCS Biên Giang yêu cầu ông</w:t>
      </w:r>
      <w:r w:rsidR="00FB7991">
        <w:rPr>
          <w:rFonts w:ascii="Times New Roman" w:eastAsia="Times New Roman" w:hAnsi="Times New Roman" w:cs="Times New Roman"/>
          <w:sz w:val="28"/>
          <w:szCs w:val="28"/>
        </w:rPr>
        <w:t xml:space="preserve"> </w:t>
      </w:r>
      <w:r w:rsidRPr="00157D3E">
        <w:rPr>
          <w:rFonts w:ascii="Times New Roman" w:eastAsia="Times New Roman" w:hAnsi="Times New Roman" w:cs="Times New Roman"/>
          <w:sz w:val="28"/>
          <w:szCs w:val="28"/>
          <w:lang w:val="vi-VN"/>
        </w:rPr>
        <w:t>(bà) phụ trách chuyên môn, Công đoàn, Tổng phụ trách, Tổ trưởng  lên kế hoạch cụ thể (nộp chương trình kế hoạch tháng 12/202</w:t>
      </w:r>
      <w:r w:rsidR="004B2CE9">
        <w:rPr>
          <w:rFonts w:ascii="Times New Roman" w:eastAsia="Times New Roman" w:hAnsi="Times New Roman" w:cs="Times New Roman"/>
          <w:sz w:val="28"/>
          <w:szCs w:val="28"/>
        </w:rPr>
        <w:t>5</w:t>
      </w:r>
      <w:r w:rsidRPr="00157D3E">
        <w:rPr>
          <w:rFonts w:ascii="Times New Roman" w:eastAsia="Times New Roman" w:hAnsi="Times New Roman" w:cs="Times New Roman"/>
          <w:sz w:val="28"/>
          <w:szCs w:val="28"/>
          <w:lang w:val="vi-VN"/>
        </w:rPr>
        <w:t xml:space="preserve"> bằng văn bản và file theo địa chỉ email cho đồng chí </w:t>
      </w:r>
      <w:r w:rsidRPr="00157D3E">
        <w:rPr>
          <w:rFonts w:ascii="Times New Roman" w:eastAsia="Times New Roman" w:hAnsi="Times New Roman" w:cs="Times New Roman"/>
          <w:b/>
          <w:sz w:val="28"/>
          <w:szCs w:val="28"/>
          <w:lang w:val="vi-VN"/>
        </w:rPr>
        <w:t xml:space="preserve"> Hoàng Hồng Nam </w:t>
      </w:r>
      <w:r w:rsidRPr="00157D3E">
        <w:rPr>
          <w:rFonts w:ascii="Times New Roman" w:eastAsia="Times New Roman" w:hAnsi="Times New Roman" w:cs="Times New Roman"/>
          <w:sz w:val="28"/>
          <w:szCs w:val="28"/>
          <w:lang w:val="vi-VN"/>
        </w:rPr>
        <w:t xml:space="preserve">trước ngày </w:t>
      </w:r>
      <w:r w:rsidR="004B2CE9">
        <w:rPr>
          <w:rFonts w:ascii="Times New Roman" w:eastAsia="Times New Roman" w:hAnsi="Times New Roman" w:cs="Times New Roman"/>
          <w:sz w:val="28"/>
          <w:szCs w:val="28"/>
        </w:rPr>
        <w:t>3</w:t>
      </w:r>
      <w:r w:rsidRPr="00157D3E">
        <w:rPr>
          <w:rFonts w:ascii="Times New Roman" w:eastAsia="Times New Roman" w:hAnsi="Times New Roman" w:cs="Times New Roman"/>
          <w:sz w:val="28"/>
          <w:szCs w:val="28"/>
          <w:lang w:val="vi-VN"/>
        </w:rPr>
        <w:t>/12/202</w:t>
      </w:r>
      <w:r w:rsidR="004B2CE9">
        <w:rPr>
          <w:rFonts w:ascii="Times New Roman" w:eastAsia="Times New Roman" w:hAnsi="Times New Roman" w:cs="Times New Roman"/>
          <w:sz w:val="28"/>
          <w:szCs w:val="28"/>
        </w:rPr>
        <w:t>5</w:t>
      </w:r>
      <w:r w:rsidRPr="00157D3E">
        <w:rPr>
          <w:rFonts w:ascii="Times New Roman" w:eastAsia="Times New Roman" w:hAnsi="Times New Roman" w:cs="Times New Roman"/>
          <w:sz w:val="28"/>
          <w:szCs w:val="28"/>
          <w:lang w:val="vi-VN"/>
        </w:rPr>
        <w:t xml:space="preserve">. Hiệu trưởng duyệt trực tiếp kế hoạch), sau khi kế hoạch đã được duyệt mới phổ biến đến toàn bộ cán bộ, giáo viên, nhân viên trong nhà trường và chỉ đạo thực hiện nghiêm túc kế hoạch. Trong quá trình thực hiện nếu có vấn đề nảy sinh, vướng mắc, các Tổ trưởng cần báo cáo kịp thời về nhà trường (qua đồng chí </w:t>
      </w:r>
      <w:r w:rsidRPr="00157D3E">
        <w:rPr>
          <w:rFonts w:ascii="Times New Roman" w:eastAsia="Times New Roman" w:hAnsi="Times New Roman" w:cs="Times New Roman"/>
          <w:b/>
          <w:sz w:val="28"/>
          <w:szCs w:val="28"/>
          <w:lang w:val="vi-VN"/>
        </w:rPr>
        <w:t xml:space="preserve">Nguyễn Thị Thu Hiền </w:t>
      </w:r>
      <w:r w:rsidRPr="00157D3E">
        <w:rPr>
          <w:rFonts w:ascii="Times New Roman" w:eastAsia="Times New Roman" w:hAnsi="Times New Roman" w:cs="Times New Roman"/>
          <w:sz w:val="28"/>
          <w:szCs w:val="28"/>
          <w:lang w:val="vi-VN"/>
        </w:rPr>
        <w:t>phụ trách chuyên môn nhà trường) để phối hợp giải quyết./.</w:t>
      </w:r>
    </w:p>
    <w:p w14:paraId="128C5822" w14:textId="77777777" w:rsidR="00157D3E" w:rsidRPr="00157D3E" w:rsidRDefault="00157D3E" w:rsidP="00FB7991">
      <w:pPr>
        <w:widowControl w:val="0"/>
        <w:tabs>
          <w:tab w:val="left" w:pos="426"/>
        </w:tabs>
        <w:spacing w:after="0"/>
        <w:jc w:val="both"/>
        <w:rPr>
          <w:rFonts w:ascii="Times New Roman" w:eastAsia="Times New Roman" w:hAnsi="Times New Roman" w:cs="Times New Roman"/>
          <w:sz w:val="28"/>
          <w:szCs w:val="28"/>
          <w:lang w:val="vi-VN"/>
        </w:rPr>
      </w:pPr>
    </w:p>
    <w:tbl>
      <w:tblPr>
        <w:tblW w:w="9900" w:type="dxa"/>
        <w:tblInd w:w="-180" w:type="dxa"/>
        <w:tblLook w:val="04A0" w:firstRow="1" w:lastRow="0" w:firstColumn="1" w:lastColumn="0" w:noHBand="0" w:noVBand="1"/>
      </w:tblPr>
      <w:tblGrid>
        <w:gridCol w:w="4856"/>
        <w:gridCol w:w="5044"/>
      </w:tblGrid>
      <w:tr w:rsidR="00157D3E" w:rsidRPr="00157D3E" w14:paraId="66D00B2C" w14:textId="77777777" w:rsidTr="00B15612">
        <w:trPr>
          <w:trHeight w:val="1875"/>
        </w:trPr>
        <w:tc>
          <w:tcPr>
            <w:tcW w:w="4856" w:type="dxa"/>
            <w:hideMark/>
          </w:tcPr>
          <w:p w14:paraId="2D1DCE8B" w14:textId="77777777" w:rsidR="00157D3E" w:rsidRPr="00FB7991" w:rsidRDefault="00157D3E" w:rsidP="00FB7991">
            <w:pPr>
              <w:tabs>
                <w:tab w:val="left" w:pos="709"/>
              </w:tabs>
              <w:spacing w:after="0"/>
              <w:jc w:val="both"/>
              <w:rPr>
                <w:rFonts w:ascii="Times New Roman" w:eastAsia="Times New Roman" w:hAnsi="Times New Roman" w:cs="Times New Roman"/>
                <w:b/>
                <w:i/>
                <w:sz w:val="24"/>
                <w:szCs w:val="24"/>
                <w:lang w:val="vi-VN"/>
              </w:rPr>
            </w:pPr>
            <w:r w:rsidRPr="00FB7991">
              <w:rPr>
                <w:rFonts w:ascii="Times New Roman" w:eastAsia="Times New Roman" w:hAnsi="Times New Roman" w:cs="Times New Roman"/>
                <w:b/>
                <w:i/>
                <w:sz w:val="24"/>
                <w:szCs w:val="24"/>
                <w:lang w:val="vi-VN"/>
              </w:rPr>
              <w:t>Nơi nhận:</w:t>
            </w:r>
          </w:p>
          <w:p w14:paraId="6B897B31" w14:textId="27733474" w:rsidR="00157D3E" w:rsidRPr="00FB7991" w:rsidRDefault="00157D3E" w:rsidP="00FB7991">
            <w:pPr>
              <w:tabs>
                <w:tab w:val="left" w:pos="709"/>
              </w:tabs>
              <w:spacing w:after="0"/>
              <w:jc w:val="both"/>
              <w:rPr>
                <w:rFonts w:ascii="Times New Roman" w:eastAsia="Times New Roman" w:hAnsi="Times New Roman" w:cs="Times New Roman"/>
                <w:i/>
                <w:sz w:val="24"/>
                <w:szCs w:val="24"/>
                <w:lang w:val="vi-VN"/>
              </w:rPr>
            </w:pPr>
            <w:r w:rsidRPr="00FB7991">
              <w:rPr>
                <w:rFonts w:ascii="Times New Roman" w:eastAsia="Times New Roman" w:hAnsi="Times New Roman" w:cs="Times New Roman"/>
                <w:i/>
                <w:sz w:val="24"/>
                <w:szCs w:val="24"/>
                <w:lang w:val="vi-VN"/>
              </w:rPr>
              <w:t>- Chi bộ,</w:t>
            </w:r>
            <w:r w:rsidR="00FB7991" w:rsidRPr="00FB7991">
              <w:rPr>
                <w:rFonts w:ascii="Times New Roman" w:eastAsia="Times New Roman" w:hAnsi="Times New Roman" w:cs="Times New Roman"/>
                <w:i/>
                <w:sz w:val="24"/>
                <w:szCs w:val="24"/>
                <w:lang w:val="vi-VN"/>
              </w:rPr>
              <w:t xml:space="preserve"> </w:t>
            </w:r>
            <w:r w:rsidRPr="00FB7991">
              <w:rPr>
                <w:rFonts w:ascii="Times New Roman" w:eastAsia="Times New Roman" w:hAnsi="Times New Roman" w:cs="Times New Roman"/>
                <w:i/>
                <w:sz w:val="24"/>
                <w:szCs w:val="24"/>
                <w:lang w:val="vi-VN"/>
              </w:rPr>
              <w:t>BGH, Phụ trách CM, CĐ (để chỉ đạo);</w:t>
            </w:r>
          </w:p>
          <w:p w14:paraId="1447F8B2" w14:textId="77777777" w:rsidR="00157D3E" w:rsidRPr="00FB7991" w:rsidRDefault="00157D3E" w:rsidP="00FB7991">
            <w:pPr>
              <w:tabs>
                <w:tab w:val="left" w:pos="709"/>
              </w:tabs>
              <w:spacing w:after="0"/>
              <w:jc w:val="both"/>
              <w:rPr>
                <w:rFonts w:ascii="Times New Roman" w:eastAsia="Times New Roman" w:hAnsi="Times New Roman" w:cs="Times New Roman"/>
                <w:i/>
                <w:sz w:val="24"/>
                <w:szCs w:val="24"/>
                <w:lang w:val="vi-VN"/>
              </w:rPr>
            </w:pPr>
            <w:r w:rsidRPr="00FB7991">
              <w:rPr>
                <w:rFonts w:ascii="Times New Roman" w:eastAsia="Times New Roman" w:hAnsi="Times New Roman" w:cs="Times New Roman"/>
                <w:i/>
                <w:sz w:val="24"/>
                <w:szCs w:val="24"/>
                <w:lang w:val="vi-VN"/>
              </w:rPr>
              <w:t>- Các tổ, nhóm chuyên môn,(để thực hiện);</w:t>
            </w:r>
          </w:p>
          <w:p w14:paraId="281C7BBD" w14:textId="77777777" w:rsidR="00157D3E" w:rsidRPr="00157D3E" w:rsidRDefault="00157D3E" w:rsidP="00FB7991">
            <w:pPr>
              <w:tabs>
                <w:tab w:val="left" w:pos="709"/>
              </w:tabs>
              <w:spacing w:after="0"/>
              <w:jc w:val="both"/>
              <w:rPr>
                <w:rFonts w:ascii="Times New Roman" w:eastAsia="Times New Roman" w:hAnsi="Times New Roman" w:cs="Times New Roman"/>
                <w:sz w:val="28"/>
                <w:szCs w:val="28"/>
              </w:rPr>
            </w:pPr>
            <w:r w:rsidRPr="00FB7991">
              <w:rPr>
                <w:rFonts w:ascii="Times New Roman" w:eastAsia="Times New Roman" w:hAnsi="Times New Roman" w:cs="Times New Roman"/>
                <w:i/>
                <w:sz w:val="24"/>
                <w:szCs w:val="24"/>
              </w:rPr>
              <w:t>- Lưu: VT.</w:t>
            </w:r>
          </w:p>
        </w:tc>
        <w:tc>
          <w:tcPr>
            <w:tcW w:w="5044" w:type="dxa"/>
          </w:tcPr>
          <w:p w14:paraId="67C3C88A" w14:textId="77777777" w:rsidR="00157D3E" w:rsidRPr="00157D3E" w:rsidRDefault="00157D3E" w:rsidP="00FB7991">
            <w:pPr>
              <w:tabs>
                <w:tab w:val="left" w:pos="709"/>
              </w:tabs>
              <w:spacing w:after="0"/>
              <w:jc w:val="center"/>
              <w:rPr>
                <w:rFonts w:ascii="Times New Roman" w:eastAsia="Times New Roman" w:hAnsi="Times New Roman" w:cs="Times New Roman"/>
                <w:i/>
                <w:sz w:val="28"/>
                <w:szCs w:val="28"/>
              </w:rPr>
            </w:pPr>
            <w:r w:rsidRPr="00157D3E">
              <w:rPr>
                <w:rFonts w:ascii="Times New Roman" w:eastAsia="Times New Roman" w:hAnsi="Times New Roman" w:cs="Times New Roman"/>
                <w:b/>
                <w:sz w:val="28"/>
                <w:szCs w:val="28"/>
              </w:rPr>
              <w:t xml:space="preserve">   Hiệu trưởng</w:t>
            </w:r>
          </w:p>
          <w:p w14:paraId="5CF14FE4" w14:textId="77777777" w:rsidR="00157D3E" w:rsidRPr="00157D3E" w:rsidRDefault="00157D3E" w:rsidP="00FB7991">
            <w:pPr>
              <w:tabs>
                <w:tab w:val="left" w:pos="1815"/>
              </w:tabs>
              <w:spacing w:after="0"/>
              <w:jc w:val="both"/>
              <w:rPr>
                <w:rFonts w:ascii="Times New Roman" w:eastAsia="Times New Roman" w:hAnsi="Times New Roman" w:cs="Times New Roman"/>
                <w:b/>
                <w:i/>
                <w:sz w:val="28"/>
                <w:szCs w:val="28"/>
              </w:rPr>
            </w:pPr>
            <w:r w:rsidRPr="00157D3E">
              <w:rPr>
                <w:rFonts w:ascii="Times New Roman" w:eastAsia="Times New Roman" w:hAnsi="Times New Roman" w:cs="Times New Roman"/>
                <w:b/>
                <w:i/>
                <w:sz w:val="28"/>
                <w:szCs w:val="28"/>
              </w:rPr>
              <w:tab/>
            </w:r>
          </w:p>
          <w:p w14:paraId="3092BE0A" w14:textId="77777777" w:rsidR="00157D3E" w:rsidRPr="00157D3E" w:rsidRDefault="00157D3E" w:rsidP="00FB7991">
            <w:pPr>
              <w:tabs>
                <w:tab w:val="left" w:pos="1815"/>
              </w:tabs>
              <w:spacing w:after="0"/>
              <w:jc w:val="both"/>
              <w:rPr>
                <w:rFonts w:ascii="Times New Roman" w:eastAsia="Times New Roman" w:hAnsi="Times New Roman" w:cs="Times New Roman"/>
                <w:b/>
                <w:sz w:val="28"/>
                <w:szCs w:val="28"/>
              </w:rPr>
            </w:pPr>
          </w:p>
          <w:p w14:paraId="089141CE" w14:textId="77777777" w:rsidR="00157D3E" w:rsidRPr="00157D3E" w:rsidRDefault="00157D3E" w:rsidP="00FB7991">
            <w:pPr>
              <w:tabs>
                <w:tab w:val="left" w:pos="709"/>
              </w:tabs>
              <w:spacing w:after="0"/>
              <w:jc w:val="both"/>
              <w:rPr>
                <w:rFonts w:ascii="Times New Roman" w:eastAsia="Times New Roman" w:hAnsi="Times New Roman" w:cs="Times New Roman"/>
                <w:i/>
                <w:sz w:val="28"/>
                <w:szCs w:val="28"/>
              </w:rPr>
            </w:pPr>
          </w:p>
          <w:p w14:paraId="479629D7" w14:textId="77777777" w:rsidR="00157D3E" w:rsidRPr="00157D3E" w:rsidRDefault="00157D3E" w:rsidP="00FB7991">
            <w:pPr>
              <w:tabs>
                <w:tab w:val="left" w:pos="709"/>
              </w:tabs>
              <w:spacing w:after="0"/>
              <w:jc w:val="center"/>
              <w:rPr>
                <w:rFonts w:ascii="Times New Roman" w:eastAsia="Times New Roman" w:hAnsi="Times New Roman" w:cs="Times New Roman"/>
                <w:b/>
                <w:sz w:val="28"/>
                <w:szCs w:val="28"/>
              </w:rPr>
            </w:pPr>
            <w:r w:rsidRPr="00157D3E">
              <w:rPr>
                <w:rFonts w:ascii="Times New Roman" w:eastAsia="Times New Roman" w:hAnsi="Times New Roman" w:cs="Times New Roman"/>
                <w:b/>
                <w:sz w:val="28"/>
                <w:szCs w:val="28"/>
              </w:rPr>
              <w:t xml:space="preserve">   Hoàng Hồng Nam                        </w:t>
            </w:r>
          </w:p>
        </w:tc>
      </w:tr>
    </w:tbl>
    <w:p w14:paraId="073476BE" w14:textId="564990AB" w:rsidR="00157D3E" w:rsidRPr="00157D3E" w:rsidRDefault="00157D3E" w:rsidP="0080663C">
      <w:pPr>
        <w:autoSpaceDE w:val="0"/>
        <w:autoSpaceDN w:val="0"/>
        <w:spacing w:after="0"/>
        <w:rPr>
          <w:rFonts w:ascii="Times New Roman" w:hAnsi="Times New Roman" w:cs="Times New Roman"/>
          <w:sz w:val="28"/>
          <w:szCs w:val="28"/>
        </w:rPr>
        <w:sectPr w:rsidR="00157D3E" w:rsidRPr="00157D3E" w:rsidSect="00DA5A3E">
          <w:headerReference w:type="default" r:id="rId8"/>
          <w:pgSz w:w="11906" w:h="16841" w:code="9"/>
          <w:pgMar w:top="1138" w:right="1138" w:bottom="1138" w:left="1699" w:header="720" w:footer="720" w:gutter="0"/>
          <w:cols w:space="720"/>
          <w:titlePg/>
          <w:docGrid w:linePitch="360"/>
        </w:sectPr>
      </w:pPr>
    </w:p>
    <w:p w14:paraId="00C3BB02" w14:textId="77777777" w:rsidR="00157D3E" w:rsidRPr="00157D3E" w:rsidRDefault="00157D3E" w:rsidP="00FB7991">
      <w:pPr>
        <w:spacing w:after="0"/>
        <w:rPr>
          <w:rFonts w:ascii="Times New Roman" w:hAnsi="Times New Roman" w:cs="Times New Roman"/>
          <w:sz w:val="28"/>
          <w:szCs w:val="28"/>
        </w:rPr>
        <w:sectPr w:rsidR="00157D3E" w:rsidRPr="00157D3E" w:rsidSect="00613453">
          <w:type w:val="continuous"/>
          <w:pgSz w:w="11906" w:h="16841" w:code="9"/>
          <w:pgMar w:top="1138" w:right="1138" w:bottom="1138" w:left="1699" w:header="720" w:footer="720" w:gutter="0"/>
          <w:cols w:num="2" w:space="720" w:equalWidth="0">
            <w:col w:w="4175" w:space="0"/>
            <w:col w:w="4894" w:space="0"/>
          </w:cols>
          <w:docGrid w:linePitch="360"/>
        </w:sectPr>
      </w:pPr>
    </w:p>
    <w:p w14:paraId="66079303" w14:textId="78F3B288" w:rsidR="0081085D" w:rsidRPr="00157D3E" w:rsidRDefault="0081085D" w:rsidP="0080663C">
      <w:pPr>
        <w:tabs>
          <w:tab w:val="left" w:pos="3576"/>
        </w:tabs>
        <w:rPr>
          <w:rFonts w:ascii="Times New Roman" w:hAnsi="Times New Roman" w:cs="Times New Roman"/>
          <w:sz w:val="28"/>
          <w:szCs w:val="28"/>
        </w:rPr>
      </w:pPr>
    </w:p>
    <w:sectPr w:rsidR="0081085D" w:rsidRPr="00157D3E" w:rsidSect="00613453">
      <w:type w:val="nextColumn"/>
      <w:pgSz w:w="11906" w:h="16841" w:code="9"/>
      <w:pgMar w:top="1138" w:right="1138" w:bottom="1138" w:left="1699" w:header="720" w:footer="720" w:gutter="0"/>
      <w:cols w:num="2" w:space="720" w:equalWidth="0">
        <w:col w:w="4175" w:space="0"/>
        <w:col w:w="4894" w:space="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D0C37" w14:textId="77777777" w:rsidR="00D95912" w:rsidRDefault="00D95912" w:rsidP="00DA5A3E">
      <w:pPr>
        <w:spacing w:after="0" w:line="240" w:lineRule="auto"/>
      </w:pPr>
      <w:r>
        <w:separator/>
      </w:r>
    </w:p>
  </w:endnote>
  <w:endnote w:type="continuationSeparator" w:id="0">
    <w:p w14:paraId="5E6A25C4" w14:textId="77777777" w:rsidR="00D95912" w:rsidRDefault="00D95912" w:rsidP="00DA5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Times New Roman,Bold">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ECC24" w14:textId="77777777" w:rsidR="00D95912" w:rsidRDefault="00D95912" w:rsidP="00DA5A3E">
      <w:pPr>
        <w:spacing w:after="0" w:line="240" w:lineRule="auto"/>
      </w:pPr>
      <w:r>
        <w:separator/>
      </w:r>
    </w:p>
  </w:footnote>
  <w:footnote w:type="continuationSeparator" w:id="0">
    <w:p w14:paraId="06679AF9" w14:textId="77777777" w:rsidR="00D95912" w:rsidRDefault="00D95912" w:rsidP="00DA5A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7655160"/>
      <w:docPartObj>
        <w:docPartGallery w:val="Page Numbers (Top of Page)"/>
        <w:docPartUnique/>
      </w:docPartObj>
    </w:sdtPr>
    <w:sdtEndPr>
      <w:rPr>
        <w:rFonts w:ascii="Times New Roman" w:hAnsi="Times New Roman" w:cs="Times New Roman"/>
        <w:noProof/>
        <w:sz w:val="26"/>
        <w:szCs w:val="26"/>
      </w:rPr>
    </w:sdtEndPr>
    <w:sdtContent>
      <w:p w14:paraId="62984AF3" w14:textId="0822815E" w:rsidR="00DA5A3E" w:rsidRPr="0080663C" w:rsidRDefault="00DA5A3E">
        <w:pPr>
          <w:pStyle w:val="Header"/>
          <w:jc w:val="center"/>
          <w:rPr>
            <w:rFonts w:ascii="Times New Roman" w:hAnsi="Times New Roman" w:cs="Times New Roman"/>
            <w:sz w:val="26"/>
            <w:szCs w:val="26"/>
          </w:rPr>
        </w:pPr>
        <w:r w:rsidRPr="0080663C">
          <w:rPr>
            <w:rFonts w:ascii="Times New Roman" w:hAnsi="Times New Roman" w:cs="Times New Roman"/>
            <w:sz w:val="26"/>
            <w:szCs w:val="26"/>
          </w:rPr>
          <w:fldChar w:fldCharType="begin"/>
        </w:r>
        <w:r w:rsidRPr="0080663C">
          <w:rPr>
            <w:rFonts w:ascii="Times New Roman" w:hAnsi="Times New Roman" w:cs="Times New Roman"/>
            <w:sz w:val="26"/>
            <w:szCs w:val="26"/>
          </w:rPr>
          <w:instrText xml:space="preserve"> PAGE   \* MERGEFORMAT </w:instrText>
        </w:r>
        <w:r w:rsidRPr="0080663C">
          <w:rPr>
            <w:rFonts w:ascii="Times New Roman" w:hAnsi="Times New Roman" w:cs="Times New Roman"/>
            <w:sz w:val="26"/>
            <w:szCs w:val="26"/>
          </w:rPr>
          <w:fldChar w:fldCharType="separate"/>
        </w:r>
        <w:r w:rsidRPr="0080663C">
          <w:rPr>
            <w:rFonts w:ascii="Times New Roman" w:hAnsi="Times New Roman" w:cs="Times New Roman"/>
            <w:noProof/>
            <w:sz w:val="26"/>
            <w:szCs w:val="26"/>
          </w:rPr>
          <w:t>2</w:t>
        </w:r>
        <w:r w:rsidRPr="0080663C">
          <w:rPr>
            <w:rFonts w:ascii="Times New Roman" w:hAnsi="Times New Roman" w:cs="Times New Roman"/>
            <w:noProof/>
            <w:sz w:val="26"/>
            <w:szCs w:val="26"/>
          </w:rPr>
          <w:fldChar w:fldCharType="end"/>
        </w:r>
      </w:p>
    </w:sdtContent>
  </w:sdt>
  <w:p w14:paraId="046B7FA8" w14:textId="77777777" w:rsidR="00DA5A3E" w:rsidRDefault="00DA5A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05343152">
    <w:abstractNumId w:val="8"/>
  </w:num>
  <w:num w:numId="2" w16cid:durableId="571278527">
    <w:abstractNumId w:val="6"/>
  </w:num>
  <w:num w:numId="3" w16cid:durableId="1409763892">
    <w:abstractNumId w:val="5"/>
  </w:num>
  <w:num w:numId="4" w16cid:durableId="2023315440">
    <w:abstractNumId w:val="4"/>
  </w:num>
  <w:num w:numId="5" w16cid:durableId="1345521699">
    <w:abstractNumId w:val="7"/>
  </w:num>
  <w:num w:numId="6" w16cid:durableId="1876575346">
    <w:abstractNumId w:val="3"/>
  </w:num>
  <w:num w:numId="7" w16cid:durableId="1385522834">
    <w:abstractNumId w:val="2"/>
  </w:num>
  <w:num w:numId="8" w16cid:durableId="516888820">
    <w:abstractNumId w:val="1"/>
  </w:num>
  <w:num w:numId="9" w16cid:durableId="1658918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2146"/>
    <w:rsid w:val="0006063C"/>
    <w:rsid w:val="0015074B"/>
    <w:rsid w:val="00157D3E"/>
    <w:rsid w:val="001E53C5"/>
    <w:rsid w:val="002021F3"/>
    <w:rsid w:val="00213B77"/>
    <w:rsid w:val="00230F5C"/>
    <w:rsid w:val="00236868"/>
    <w:rsid w:val="0029639D"/>
    <w:rsid w:val="00326F90"/>
    <w:rsid w:val="0033600B"/>
    <w:rsid w:val="00373D51"/>
    <w:rsid w:val="003B69A4"/>
    <w:rsid w:val="004A441F"/>
    <w:rsid w:val="004B2CE9"/>
    <w:rsid w:val="00613453"/>
    <w:rsid w:val="00655347"/>
    <w:rsid w:val="00674575"/>
    <w:rsid w:val="007C3093"/>
    <w:rsid w:val="0080663C"/>
    <w:rsid w:val="0081085D"/>
    <w:rsid w:val="008719FC"/>
    <w:rsid w:val="008E2320"/>
    <w:rsid w:val="009F1830"/>
    <w:rsid w:val="00AA1D8D"/>
    <w:rsid w:val="00AD69B4"/>
    <w:rsid w:val="00B00898"/>
    <w:rsid w:val="00B15612"/>
    <w:rsid w:val="00B432D3"/>
    <w:rsid w:val="00B47730"/>
    <w:rsid w:val="00B9480C"/>
    <w:rsid w:val="00BC71A2"/>
    <w:rsid w:val="00CA3C72"/>
    <w:rsid w:val="00CB0664"/>
    <w:rsid w:val="00D5138A"/>
    <w:rsid w:val="00D73913"/>
    <w:rsid w:val="00D8305E"/>
    <w:rsid w:val="00D95912"/>
    <w:rsid w:val="00DA5A3E"/>
    <w:rsid w:val="00E30166"/>
    <w:rsid w:val="00FB799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F47F52"/>
  <w14:defaultImageDpi w14:val="300"/>
  <w15:docId w15:val="{31908F1E-83A9-4633-B095-9D724DA2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Pages>
  <Words>733</Words>
  <Characters>4180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Hang Nguyen</cp:lastModifiedBy>
  <cp:revision>19</cp:revision>
  <cp:lastPrinted>2025-12-01T08:16:00Z</cp:lastPrinted>
  <dcterms:created xsi:type="dcterms:W3CDTF">2024-11-27T09:23:00Z</dcterms:created>
  <dcterms:modified xsi:type="dcterms:W3CDTF">2025-12-01T08:19:00Z</dcterms:modified>
  <cp:category/>
</cp:coreProperties>
</file>